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91E0E" w14:textId="7C65CBEE" w:rsidR="005566A0" w:rsidRPr="00AA79E8" w:rsidRDefault="001D5B6B" w:rsidP="00D8797B">
      <w:pPr>
        <w:spacing w:line="276" w:lineRule="auto"/>
        <w:jc w:val="right"/>
        <w:rPr>
          <w:lang w:val="pl-PL"/>
        </w:rPr>
      </w:pPr>
      <w:r w:rsidRPr="00AA79E8">
        <w:rPr>
          <w:lang w:val="pl-PL"/>
        </w:rPr>
        <w:t>Załącznik nr 2 do zapytania ofertowego</w:t>
      </w:r>
      <w:r w:rsidR="004A63AF">
        <w:rPr>
          <w:lang w:val="pl-PL"/>
        </w:rPr>
        <w:t xml:space="preserve"> </w:t>
      </w:r>
      <w:r w:rsidR="004A63AF" w:rsidRPr="004A63AF">
        <w:rPr>
          <w:lang w:val="pl-PL"/>
        </w:rPr>
        <w:t>ZP.CYBER.U26.2026</w:t>
      </w:r>
    </w:p>
    <w:p w14:paraId="718DA26F" w14:textId="77777777" w:rsidR="00D8797B" w:rsidRPr="00AA79E8" w:rsidRDefault="00D8797B" w:rsidP="00D8797B">
      <w:pPr>
        <w:pStyle w:val="Tytu"/>
        <w:spacing w:line="276" w:lineRule="auto"/>
        <w:jc w:val="center"/>
        <w:rPr>
          <w:lang w:val="pl-PL"/>
        </w:rPr>
      </w:pPr>
    </w:p>
    <w:p w14:paraId="6712E702" w14:textId="50413B52" w:rsidR="005566A0" w:rsidRPr="00AA79E8" w:rsidRDefault="001D5B6B" w:rsidP="00D8797B">
      <w:pPr>
        <w:pStyle w:val="Tytu"/>
        <w:spacing w:line="276" w:lineRule="auto"/>
        <w:jc w:val="center"/>
        <w:rPr>
          <w:lang w:val="pl-PL"/>
        </w:rPr>
      </w:pPr>
      <w:r w:rsidRPr="00AA79E8">
        <w:rPr>
          <w:lang w:val="pl-PL"/>
        </w:rPr>
        <w:t>Formularz oferty</w:t>
      </w:r>
    </w:p>
    <w:p w14:paraId="5B353574" w14:textId="77777777" w:rsidR="005566A0" w:rsidRPr="00AA79E8" w:rsidRDefault="001D5B6B" w:rsidP="00D8797B">
      <w:pPr>
        <w:spacing w:line="276" w:lineRule="auto"/>
        <w:jc w:val="center"/>
        <w:rPr>
          <w:lang w:val="pl-PL"/>
        </w:rPr>
      </w:pPr>
      <w:r w:rsidRPr="00AA79E8">
        <w:rPr>
          <w:b/>
          <w:lang w:val="pl-PL"/>
        </w:rPr>
        <w:t>Usługa podstawowych szkoleń z cyberbezpieczeństwa dla 72 pracowników USKOM</w:t>
      </w:r>
    </w:p>
    <w:p w14:paraId="23509B67" w14:textId="77777777" w:rsidR="005566A0" w:rsidRPr="00AA79E8" w:rsidRDefault="001D5B6B" w:rsidP="00D8797B">
      <w:pPr>
        <w:spacing w:line="276" w:lineRule="auto"/>
        <w:jc w:val="both"/>
        <w:rPr>
          <w:lang w:val="pl-PL"/>
        </w:rPr>
      </w:pPr>
      <w:r w:rsidRPr="00AA79E8">
        <w:rPr>
          <w:lang w:val="pl-PL"/>
        </w:rPr>
        <w:t>Projekt „Cyberbezpieczne Wodociągi”, finansowany ze środków Krajowego Planu Odbudowy i Zwiększania Odporności oraz Unii Europejskiej – NextGenerationEU, inwestycja C3.1.1 „Cyberbezpieczeństwo – CyberPL”.</w:t>
      </w:r>
    </w:p>
    <w:p w14:paraId="66668659" w14:textId="77777777" w:rsidR="005566A0" w:rsidRPr="00AA79E8" w:rsidRDefault="001D5B6B" w:rsidP="00D8797B">
      <w:pPr>
        <w:pStyle w:val="Nagwek1"/>
        <w:spacing w:line="276" w:lineRule="auto"/>
        <w:rPr>
          <w:lang w:val="pl-PL"/>
        </w:rPr>
      </w:pPr>
      <w:r w:rsidRPr="00AA79E8">
        <w:rPr>
          <w:lang w:val="pl-PL"/>
        </w:rPr>
        <w:t>Zamawiający</w:t>
      </w:r>
    </w:p>
    <w:p w14:paraId="063CEC90" w14:textId="77777777" w:rsidR="005566A0" w:rsidRPr="00AA79E8" w:rsidRDefault="001D5B6B" w:rsidP="00D8797B">
      <w:pPr>
        <w:spacing w:line="276" w:lineRule="auto"/>
        <w:jc w:val="both"/>
        <w:rPr>
          <w:lang w:val="pl-PL"/>
        </w:rPr>
      </w:pPr>
      <w:r w:rsidRPr="00AA79E8">
        <w:rPr>
          <w:lang w:val="pl-PL"/>
        </w:rPr>
        <w:t>Przedsiębiorstwo Usług Komunalnych „USKOM” Sp. z o.o. w Kożuchowie, ul. Elektryczna 9, 67-120 Kożuchów.</w:t>
      </w:r>
    </w:p>
    <w:p w14:paraId="6A4BF6D3" w14:textId="77777777" w:rsidR="005566A0" w:rsidRPr="00AA79E8" w:rsidRDefault="001D5B6B" w:rsidP="00D8797B">
      <w:pPr>
        <w:pStyle w:val="Nagwek1"/>
        <w:spacing w:line="276" w:lineRule="auto"/>
        <w:rPr>
          <w:lang w:val="pl-PL"/>
        </w:rPr>
      </w:pPr>
      <w:r w:rsidRPr="00AA79E8">
        <w:rPr>
          <w:lang w:val="pl-PL"/>
        </w:rPr>
        <w:t>1. Dane wykonawcy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69"/>
        <w:gridCol w:w="6269"/>
      </w:tblGrid>
      <w:tr w:rsidR="005566A0" w:rsidRPr="00AA79E8" w14:paraId="298AEB78" w14:textId="77777777" w:rsidTr="00D8797B">
        <w:tc>
          <w:tcPr>
            <w:tcW w:w="33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vAlign w:val="center"/>
          </w:tcPr>
          <w:p w14:paraId="7F48E46D" w14:textId="77777777" w:rsidR="005566A0" w:rsidRPr="00AA79E8" w:rsidRDefault="001D5B6B" w:rsidP="00D8797B">
            <w:pPr>
              <w:spacing w:before="60" w:after="60" w:line="276" w:lineRule="auto"/>
              <w:rPr>
                <w:lang w:val="pl-PL"/>
              </w:rPr>
            </w:pPr>
            <w:r w:rsidRPr="00AA79E8">
              <w:rPr>
                <w:b/>
                <w:sz w:val="19"/>
                <w:lang w:val="pl-PL"/>
              </w:rPr>
              <w:t>Pełna nazwa wykonawcy</w:t>
            </w:r>
          </w:p>
        </w:tc>
        <w:tc>
          <w:tcPr>
            <w:tcW w:w="62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A701964" w14:textId="77777777" w:rsidR="005566A0" w:rsidRPr="00AA79E8" w:rsidRDefault="001D5B6B" w:rsidP="00D8797B">
            <w:pPr>
              <w:spacing w:before="60" w:after="60" w:line="276" w:lineRule="auto"/>
              <w:rPr>
                <w:lang w:val="pl-PL"/>
              </w:rPr>
            </w:pPr>
            <w:r w:rsidRPr="00AA79E8">
              <w:rPr>
                <w:sz w:val="19"/>
                <w:lang w:val="pl-PL"/>
              </w:rPr>
              <w:t>................................................................................................................</w:t>
            </w:r>
          </w:p>
        </w:tc>
      </w:tr>
    </w:tbl>
    <w:p w14:paraId="517821C6" w14:textId="77777777" w:rsidR="005566A0" w:rsidRPr="00AA79E8" w:rsidRDefault="005566A0" w:rsidP="00D8797B">
      <w:pPr>
        <w:spacing w:after="0" w:line="276" w:lineRule="auto"/>
        <w:rPr>
          <w:lang w:val="pl-PL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69"/>
        <w:gridCol w:w="6269"/>
      </w:tblGrid>
      <w:tr w:rsidR="005566A0" w:rsidRPr="00AA79E8" w14:paraId="0CBFF748" w14:textId="77777777" w:rsidTr="00D8797B">
        <w:tc>
          <w:tcPr>
            <w:tcW w:w="33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vAlign w:val="center"/>
          </w:tcPr>
          <w:p w14:paraId="08B49834" w14:textId="77777777" w:rsidR="005566A0" w:rsidRPr="00AA79E8" w:rsidRDefault="001D5B6B" w:rsidP="00D8797B">
            <w:pPr>
              <w:spacing w:before="60" w:after="60" w:line="276" w:lineRule="auto"/>
              <w:rPr>
                <w:lang w:val="pl-PL"/>
              </w:rPr>
            </w:pPr>
            <w:r w:rsidRPr="00AA79E8">
              <w:rPr>
                <w:b/>
                <w:sz w:val="19"/>
                <w:lang w:val="pl-PL"/>
              </w:rPr>
              <w:t>Adres siedziby</w:t>
            </w:r>
          </w:p>
        </w:tc>
        <w:tc>
          <w:tcPr>
            <w:tcW w:w="62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33FAC41" w14:textId="77777777" w:rsidR="005566A0" w:rsidRPr="00AA79E8" w:rsidRDefault="001D5B6B" w:rsidP="00D8797B">
            <w:pPr>
              <w:spacing w:before="60" w:after="60" w:line="276" w:lineRule="auto"/>
              <w:rPr>
                <w:lang w:val="pl-PL"/>
              </w:rPr>
            </w:pPr>
            <w:r w:rsidRPr="00AA79E8">
              <w:rPr>
                <w:sz w:val="19"/>
                <w:lang w:val="pl-PL"/>
              </w:rPr>
              <w:t>................................................................................................................</w:t>
            </w:r>
          </w:p>
        </w:tc>
      </w:tr>
    </w:tbl>
    <w:p w14:paraId="3B7E4B71" w14:textId="77777777" w:rsidR="005566A0" w:rsidRPr="00AA79E8" w:rsidRDefault="005566A0" w:rsidP="00D8797B">
      <w:pPr>
        <w:spacing w:after="0" w:line="276" w:lineRule="auto"/>
        <w:rPr>
          <w:lang w:val="pl-PL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69"/>
        <w:gridCol w:w="6269"/>
      </w:tblGrid>
      <w:tr w:rsidR="005566A0" w:rsidRPr="00AA79E8" w14:paraId="1D3B89A9" w14:textId="77777777" w:rsidTr="00D8797B">
        <w:tc>
          <w:tcPr>
            <w:tcW w:w="33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vAlign w:val="center"/>
          </w:tcPr>
          <w:p w14:paraId="7720F00F" w14:textId="77777777" w:rsidR="005566A0" w:rsidRPr="00AA79E8" w:rsidRDefault="001D5B6B" w:rsidP="00D8797B">
            <w:pPr>
              <w:spacing w:before="60" w:after="60" w:line="276" w:lineRule="auto"/>
              <w:rPr>
                <w:lang w:val="pl-PL"/>
              </w:rPr>
            </w:pPr>
            <w:r w:rsidRPr="00AA79E8">
              <w:rPr>
                <w:b/>
                <w:sz w:val="19"/>
                <w:lang w:val="pl-PL"/>
              </w:rPr>
              <w:t>NIP i REGON</w:t>
            </w:r>
          </w:p>
        </w:tc>
        <w:tc>
          <w:tcPr>
            <w:tcW w:w="62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5A670A0" w14:textId="77777777" w:rsidR="005566A0" w:rsidRPr="00AA79E8" w:rsidRDefault="001D5B6B" w:rsidP="00D8797B">
            <w:pPr>
              <w:spacing w:before="60" w:after="60" w:line="276" w:lineRule="auto"/>
              <w:rPr>
                <w:lang w:val="pl-PL"/>
              </w:rPr>
            </w:pPr>
            <w:r w:rsidRPr="00AA79E8">
              <w:rPr>
                <w:sz w:val="19"/>
                <w:lang w:val="pl-PL"/>
              </w:rPr>
              <w:t>................................................................................................................</w:t>
            </w:r>
          </w:p>
        </w:tc>
      </w:tr>
    </w:tbl>
    <w:p w14:paraId="101CE294" w14:textId="77777777" w:rsidR="005566A0" w:rsidRPr="00AA79E8" w:rsidRDefault="005566A0" w:rsidP="00D8797B">
      <w:pPr>
        <w:spacing w:after="0" w:line="276" w:lineRule="auto"/>
        <w:rPr>
          <w:lang w:val="pl-PL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69"/>
        <w:gridCol w:w="6269"/>
      </w:tblGrid>
      <w:tr w:rsidR="005566A0" w:rsidRPr="00AA79E8" w14:paraId="0A235C66" w14:textId="77777777" w:rsidTr="00D8797B">
        <w:tc>
          <w:tcPr>
            <w:tcW w:w="33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vAlign w:val="center"/>
          </w:tcPr>
          <w:p w14:paraId="3F2CF480" w14:textId="77777777" w:rsidR="005566A0" w:rsidRPr="00AA79E8" w:rsidRDefault="001D5B6B" w:rsidP="00D8797B">
            <w:pPr>
              <w:spacing w:before="60" w:after="60" w:line="276" w:lineRule="auto"/>
              <w:rPr>
                <w:lang w:val="pl-PL"/>
              </w:rPr>
            </w:pPr>
            <w:r w:rsidRPr="00AA79E8">
              <w:rPr>
                <w:b/>
                <w:sz w:val="19"/>
                <w:lang w:val="pl-PL"/>
              </w:rPr>
              <w:t>Adres e-mail do korespondencji</w:t>
            </w:r>
          </w:p>
        </w:tc>
        <w:tc>
          <w:tcPr>
            <w:tcW w:w="62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AAC96D6" w14:textId="77777777" w:rsidR="005566A0" w:rsidRPr="00AA79E8" w:rsidRDefault="001D5B6B" w:rsidP="00D8797B">
            <w:pPr>
              <w:spacing w:before="60" w:after="60" w:line="276" w:lineRule="auto"/>
              <w:rPr>
                <w:lang w:val="pl-PL"/>
              </w:rPr>
            </w:pPr>
            <w:r w:rsidRPr="00AA79E8">
              <w:rPr>
                <w:sz w:val="19"/>
                <w:lang w:val="pl-PL"/>
              </w:rPr>
              <w:t>................................................................................................................</w:t>
            </w:r>
          </w:p>
        </w:tc>
      </w:tr>
    </w:tbl>
    <w:p w14:paraId="099C6191" w14:textId="77777777" w:rsidR="005566A0" w:rsidRPr="00AA79E8" w:rsidRDefault="005566A0" w:rsidP="00D8797B">
      <w:pPr>
        <w:spacing w:after="0" w:line="276" w:lineRule="auto"/>
        <w:rPr>
          <w:lang w:val="pl-PL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69"/>
        <w:gridCol w:w="6269"/>
      </w:tblGrid>
      <w:tr w:rsidR="005566A0" w:rsidRPr="00AA79E8" w14:paraId="0D446367" w14:textId="77777777" w:rsidTr="00D8797B">
        <w:tc>
          <w:tcPr>
            <w:tcW w:w="33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vAlign w:val="center"/>
          </w:tcPr>
          <w:p w14:paraId="4F57A71B" w14:textId="77777777" w:rsidR="005566A0" w:rsidRPr="00AA79E8" w:rsidRDefault="001D5B6B" w:rsidP="00D8797B">
            <w:pPr>
              <w:spacing w:before="60" w:after="60" w:line="276" w:lineRule="auto"/>
              <w:rPr>
                <w:lang w:val="pl-PL"/>
              </w:rPr>
            </w:pPr>
            <w:r w:rsidRPr="00AA79E8">
              <w:rPr>
                <w:b/>
                <w:sz w:val="19"/>
                <w:lang w:val="pl-PL"/>
              </w:rPr>
              <w:t>Osoba do kontaktu i telefon</w:t>
            </w:r>
          </w:p>
        </w:tc>
        <w:tc>
          <w:tcPr>
            <w:tcW w:w="62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0B28FD2" w14:textId="77777777" w:rsidR="005566A0" w:rsidRPr="00AA79E8" w:rsidRDefault="001D5B6B" w:rsidP="00D8797B">
            <w:pPr>
              <w:spacing w:before="60" w:after="60" w:line="276" w:lineRule="auto"/>
              <w:rPr>
                <w:lang w:val="pl-PL"/>
              </w:rPr>
            </w:pPr>
            <w:r w:rsidRPr="00AA79E8">
              <w:rPr>
                <w:sz w:val="19"/>
                <w:lang w:val="pl-PL"/>
              </w:rPr>
              <w:t>................................................................................................................</w:t>
            </w:r>
          </w:p>
        </w:tc>
      </w:tr>
    </w:tbl>
    <w:p w14:paraId="13A6207E" w14:textId="77777777" w:rsidR="005566A0" w:rsidRPr="00AA79E8" w:rsidRDefault="005566A0" w:rsidP="00D8797B">
      <w:pPr>
        <w:spacing w:after="0" w:line="276" w:lineRule="auto"/>
        <w:rPr>
          <w:lang w:val="pl-PL"/>
        </w:rPr>
      </w:pPr>
    </w:p>
    <w:p w14:paraId="67392C7B" w14:textId="77777777" w:rsidR="005566A0" w:rsidRPr="00AA79E8" w:rsidRDefault="001D5B6B" w:rsidP="00D8797B">
      <w:pPr>
        <w:pStyle w:val="Nagwek1"/>
        <w:spacing w:line="276" w:lineRule="auto"/>
        <w:rPr>
          <w:lang w:val="pl-PL"/>
        </w:rPr>
      </w:pPr>
      <w:r w:rsidRPr="00AA79E8">
        <w:rPr>
          <w:lang w:val="pl-PL"/>
        </w:rPr>
        <w:t>2. Oferowany przedmiot i cena</w:t>
      </w:r>
    </w:p>
    <w:p w14:paraId="176C590E" w14:textId="07CC5DD3" w:rsidR="005566A0" w:rsidRPr="00AA79E8" w:rsidRDefault="001D5B6B" w:rsidP="00D8797B">
      <w:pPr>
        <w:spacing w:line="276" w:lineRule="auto"/>
        <w:jc w:val="both"/>
        <w:rPr>
          <w:lang w:val="pl-PL"/>
        </w:rPr>
      </w:pPr>
      <w:r w:rsidRPr="00AA79E8">
        <w:rPr>
          <w:lang w:val="pl-PL"/>
        </w:rPr>
        <w:t xml:space="preserve">Oferujemy wykonanie jednego kompletnego pakietu szkoleniowego dla 72 uczestników, zgodnie z zapytaniem ofertowym i jego załącznikiem nr 1 </w:t>
      </w:r>
      <w:r w:rsidR="00D8797B" w:rsidRPr="00AA79E8">
        <w:rPr>
          <w:lang w:val="pl-PL"/>
        </w:rPr>
        <w:t>-</w:t>
      </w:r>
      <w:r w:rsidRPr="00AA79E8">
        <w:rPr>
          <w:lang w:val="pl-PL"/>
        </w:rPr>
        <w:t xml:space="preserve"> Opisem przedmiotu zamówienia, za następującą cenę ryczałtową: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13"/>
        <w:gridCol w:w="3213"/>
        <w:gridCol w:w="3213"/>
      </w:tblGrid>
      <w:tr w:rsidR="005566A0" w:rsidRPr="00AA79E8" w14:paraId="4B30AD5A" w14:textId="77777777">
        <w:trPr>
          <w:jc w:val="center"/>
        </w:trPr>
        <w:tc>
          <w:tcPr>
            <w:tcW w:w="32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8E8"/>
            <w:vAlign w:val="center"/>
          </w:tcPr>
          <w:p w14:paraId="32A136EB" w14:textId="5345CE21" w:rsidR="005566A0" w:rsidRPr="00AA79E8" w:rsidRDefault="001D5B6B" w:rsidP="0051144F">
            <w:pPr>
              <w:spacing w:before="60" w:after="60" w:line="276" w:lineRule="auto"/>
              <w:jc w:val="center"/>
              <w:rPr>
                <w:lang w:val="pl-PL"/>
              </w:rPr>
            </w:pPr>
            <w:r w:rsidRPr="00AA79E8">
              <w:rPr>
                <w:b/>
                <w:sz w:val="19"/>
                <w:lang w:val="pl-PL"/>
              </w:rPr>
              <w:t xml:space="preserve">Cena netto </w:t>
            </w:r>
            <w:r w:rsidR="00216C3E">
              <w:rPr>
                <w:b/>
                <w:sz w:val="19"/>
                <w:lang w:val="pl-PL"/>
              </w:rPr>
              <w:t xml:space="preserve">/ wynagrodzenia </w:t>
            </w:r>
            <w:r w:rsidRPr="00AA79E8">
              <w:rPr>
                <w:b/>
                <w:sz w:val="19"/>
                <w:lang w:val="pl-PL"/>
              </w:rPr>
              <w:t>w PLN</w:t>
            </w:r>
          </w:p>
        </w:tc>
        <w:tc>
          <w:tcPr>
            <w:tcW w:w="32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8E8"/>
            <w:vAlign w:val="center"/>
          </w:tcPr>
          <w:p w14:paraId="6DC49E20" w14:textId="0A890986" w:rsidR="005566A0" w:rsidRPr="00AA79E8" w:rsidRDefault="00216C3E" w:rsidP="0051144F">
            <w:pPr>
              <w:spacing w:before="60" w:after="60" w:line="276" w:lineRule="auto"/>
              <w:jc w:val="center"/>
              <w:rPr>
                <w:lang w:val="pl-PL"/>
              </w:rPr>
            </w:pPr>
            <w:r w:rsidRPr="00216C3E">
              <w:rPr>
                <w:b/>
                <w:sz w:val="19"/>
              </w:rPr>
              <w:t>Status VAT, stawka i kwota VAT</w:t>
            </w:r>
          </w:p>
        </w:tc>
        <w:tc>
          <w:tcPr>
            <w:tcW w:w="32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8E8"/>
            <w:vAlign w:val="center"/>
          </w:tcPr>
          <w:p w14:paraId="2AF319C7" w14:textId="1D52EFF3" w:rsidR="005566A0" w:rsidRPr="00AA79E8" w:rsidRDefault="00F67C48" w:rsidP="0051144F">
            <w:pPr>
              <w:spacing w:before="60" w:after="60" w:line="276" w:lineRule="auto"/>
              <w:jc w:val="center"/>
              <w:rPr>
                <w:lang w:val="pl-PL"/>
              </w:rPr>
            </w:pPr>
            <w:r w:rsidRPr="00F67C48">
              <w:rPr>
                <w:b/>
                <w:sz w:val="19"/>
              </w:rPr>
              <w:t>Łączna cena oferty w PLN</w:t>
            </w:r>
          </w:p>
        </w:tc>
      </w:tr>
      <w:tr w:rsidR="005566A0" w:rsidRPr="00AA79E8" w14:paraId="3038900B" w14:textId="77777777" w:rsidTr="0051144F">
        <w:trPr>
          <w:trHeight w:val="1071"/>
          <w:jc w:val="center"/>
        </w:trPr>
        <w:tc>
          <w:tcPr>
            <w:tcW w:w="32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8C721B6" w14:textId="77777777" w:rsidR="0051144F" w:rsidRDefault="0051144F" w:rsidP="0051144F">
            <w:pPr>
              <w:spacing w:after="0" w:line="276" w:lineRule="auto"/>
              <w:jc w:val="center"/>
              <w:rPr>
                <w:sz w:val="19"/>
                <w:lang w:val="pl-PL"/>
              </w:rPr>
            </w:pPr>
          </w:p>
          <w:p w14:paraId="23BE788F" w14:textId="77777777" w:rsidR="0051144F" w:rsidRDefault="0051144F" w:rsidP="0051144F">
            <w:pPr>
              <w:spacing w:after="0" w:line="276" w:lineRule="auto"/>
              <w:jc w:val="center"/>
              <w:rPr>
                <w:sz w:val="19"/>
                <w:lang w:val="pl-PL"/>
              </w:rPr>
            </w:pPr>
          </w:p>
          <w:p w14:paraId="2577292B" w14:textId="4A651AB5" w:rsidR="005566A0" w:rsidRPr="00AA79E8" w:rsidRDefault="001D5B6B" w:rsidP="0051144F">
            <w:pPr>
              <w:spacing w:after="0" w:line="276" w:lineRule="auto"/>
              <w:jc w:val="center"/>
              <w:rPr>
                <w:lang w:val="pl-PL"/>
              </w:rPr>
            </w:pPr>
            <w:r w:rsidRPr="00AA79E8">
              <w:rPr>
                <w:sz w:val="19"/>
                <w:lang w:val="pl-PL"/>
              </w:rPr>
              <w:t>......................................</w:t>
            </w:r>
          </w:p>
        </w:tc>
        <w:tc>
          <w:tcPr>
            <w:tcW w:w="32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FC3CE4D" w14:textId="77777777" w:rsidR="0051144F" w:rsidRDefault="0051144F" w:rsidP="0051144F">
            <w:pPr>
              <w:spacing w:after="0" w:line="276" w:lineRule="auto"/>
              <w:jc w:val="center"/>
              <w:rPr>
                <w:sz w:val="19"/>
                <w:lang w:val="pl-PL"/>
              </w:rPr>
            </w:pPr>
          </w:p>
          <w:p w14:paraId="65C5D8A0" w14:textId="77777777" w:rsidR="0051144F" w:rsidRDefault="0051144F" w:rsidP="0051144F">
            <w:pPr>
              <w:spacing w:after="0" w:line="276" w:lineRule="auto"/>
              <w:jc w:val="center"/>
              <w:rPr>
                <w:sz w:val="19"/>
                <w:lang w:val="pl-PL"/>
              </w:rPr>
            </w:pPr>
          </w:p>
          <w:p w14:paraId="6773176F" w14:textId="55CE48A5" w:rsidR="005566A0" w:rsidRPr="00AA79E8" w:rsidRDefault="001D5B6B" w:rsidP="0051144F">
            <w:pPr>
              <w:spacing w:after="0" w:line="276" w:lineRule="auto"/>
              <w:jc w:val="center"/>
              <w:rPr>
                <w:lang w:val="pl-PL"/>
              </w:rPr>
            </w:pPr>
            <w:r w:rsidRPr="00AA79E8">
              <w:rPr>
                <w:sz w:val="19"/>
                <w:lang w:val="pl-PL"/>
              </w:rPr>
              <w:t>........................................</w:t>
            </w:r>
          </w:p>
        </w:tc>
        <w:tc>
          <w:tcPr>
            <w:tcW w:w="32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3D4E4D0" w14:textId="77777777" w:rsidR="0051144F" w:rsidRDefault="0051144F" w:rsidP="0051144F">
            <w:pPr>
              <w:spacing w:after="0" w:line="276" w:lineRule="auto"/>
              <w:jc w:val="center"/>
              <w:rPr>
                <w:sz w:val="19"/>
                <w:lang w:val="pl-PL"/>
              </w:rPr>
            </w:pPr>
          </w:p>
          <w:p w14:paraId="5A39B9C8" w14:textId="77777777" w:rsidR="0051144F" w:rsidRDefault="0051144F" w:rsidP="0051144F">
            <w:pPr>
              <w:spacing w:after="0" w:line="276" w:lineRule="auto"/>
              <w:jc w:val="center"/>
              <w:rPr>
                <w:sz w:val="19"/>
                <w:lang w:val="pl-PL"/>
              </w:rPr>
            </w:pPr>
          </w:p>
          <w:p w14:paraId="4556DBBC" w14:textId="695AC4B8" w:rsidR="005566A0" w:rsidRPr="00AA79E8" w:rsidRDefault="001D5B6B" w:rsidP="0051144F">
            <w:pPr>
              <w:spacing w:after="0" w:line="276" w:lineRule="auto"/>
              <w:jc w:val="center"/>
              <w:rPr>
                <w:lang w:val="pl-PL"/>
              </w:rPr>
            </w:pPr>
            <w:r w:rsidRPr="00AA79E8">
              <w:rPr>
                <w:sz w:val="19"/>
                <w:lang w:val="pl-PL"/>
              </w:rPr>
              <w:t>........................................</w:t>
            </w:r>
          </w:p>
        </w:tc>
      </w:tr>
    </w:tbl>
    <w:p w14:paraId="546A7AA6" w14:textId="77777777" w:rsidR="0051144F" w:rsidRDefault="0051144F" w:rsidP="00216C3E">
      <w:pPr>
        <w:spacing w:line="276" w:lineRule="auto"/>
        <w:jc w:val="both"/>
        <w:rPr>
          <w:lang w:val="pl-PL"/>
        </w:rPr>
      </w:pPr>
    </w:p>
    <w:p w14:paraId="04FABA2F" w14:textId="73991FEB" w:rsidR="005566A0" w:rsidRPr="00AA79E8" w:rsidRDefault="00216C3E" w:rsidP="00216C3E">
      <w:pPr>
        <w:spacing w:line="276" w:lineRule="auto"/>
        <w:jc w:val="both"/>
        <w:rPr>
          <w:lang w:val="pl-PL"/>
        </w:rPr>
      </w:pPr>
      <w:r w:rsidRPr="00216C3E">
        <w:rPr>
          <w:lang w:val="pl-PL"/>
        </w:rPr>
        <w:t>W przypadku gdy do wynagrodzenia Wykonawcy ma zastosowanie podatek VAT, Wykonawca wskazuje właściwą stawkę i kwotę VAT. W przypadku korzystania ze zwolnienia z VAT należy wskazać „zw.” oraz podstawę zwolnienia. Jeżeli Wykonawca nie jest podatnikiem VAT w odniesieniu do przedmiotu zamówienia, należy wpisać „nie dotyczy”</w:t>
      </w:r>
      <w:r>
        <w:rPr>
          <w:lang w:val="pl-PL"/>
        </w:rPr>
        <w:t>.</w:t>
      </w:r>
    </w:p>
    <w:p w14:paraId="21C55BCB" w14:textId="77777777" w:rsidR="005566A0" w:rsidRPr="00AA79E8" w:rsidRDefault="001D5B6B" w:rsidP="00D8797B">
      <w:pPr>
        <w:spacing w:line="276" w:lineRule="auto"/>
        <w:jc w:val="both"/>
        <w:rPr>
          <w:lang w:val="pl-PL"/>
        </w:rPr>
      </w:pPr>
      <w:r w:rsidRPr="00AA79E8">
        <w:rPr>
          <w:lang w:val="pl-PL"/>
        </w:rPr>
        <w:t>Cena obejmuje wszystkie koszty: 72 indywidualne konta, konto administracyjne, platformę, pełny program i moduł OT/ICS dla wskazanych osób, testy i ponowne podejścia, raporty, imienne potwierdzenia ukończenia, wsparcie, licencje oraz opłaty związane z realizacją zamówienia.</w:t>
      </w:r>
    </w:p>
    <w:p w14:paraId="2B5F2F7F" w14:textId="77777777" w:rsidR="005566A0" w:rsidRPr="00AA79E8" w:rsidRDefault="001D5B6B" w:rsidP="00D8797B">
      <w:pPr>
        <w:spacing w:line="276" w:lineRule="auto"/>
        <w:rPr>
          <w:lang w:val="pl-PL"/>
        </w:rPr>
      </w:pPr>
      <w:r w:rsidRPr="00AA79E8">
        <w:rPr>
          <w:lang w:val="pl-PL"/>
        </w:rPr>
        <w:br w:type="page"/>
      </w:r>
    </w:p>
    <w:p w14:paraId="7DADF02D" w14:textId="77777777" w:rsidR="005566A0" w:rsidRPr="00AA79E8" w:rsidRDefault="001D5B6B" w:rsidP="00D8797B">
      <w:pPr>
        <w:pStyle w:val="Nagwek1"/>
        <w:spacing w:line="276" w:lineRule="auto"/>
        <w:rPr>
          <w:lang w:val="pl-PL"/>
        </w:rPr>
      </w:pPr>
      <w:r w:rsidRPr="00AA79E8">
        <w:rPr>
          <w:lang w:val="pl-PL"/>
        </w:rPr>
        <w:lastRenderedPageBreak/>
        <w:t>3. Oświadczenia wykonawcy</w:t>
      </w:r>
    </w:p>
    <w:p w14:paraId="14E3F4C6" w14:textId="77777777" w:rsidR="005566A0" w:rsidRPr="00AA79E8" w:rsidRDefault="001D5B6B" w:rsidP="00D8797B">
      <w:pPr>
        <w:spacing w:line="276" w:lineRule="auto"/>
        <w:ind w:left="283" w:hanging="283"/>
        <w:jc w:val="both"/>
        <w:rPr>
          <w:lang w:val="pl-PL"/>
        </w:rPr>
      </w:pPr>
      <w:r w:rsidRPr="00AA79E8">
        <w:rPr>
          <w:lang w:val="pl-PL"/>
        </w:rPr>
        <w:t>1) Zapoznaliśmy się z zapytaniem i OPZ oraz oferujemy wykonanie całego zakresu bez zastrzeżeń i bez opłat dodatkowych za elementy wymagane w OPZ.</w:t>
      </w:r>
    </w:p>
    <w:p w14:paraId="0831FE50" w14:textId="7E7FB15A" w:rsidR="005566A0" w:rsidRPr="00AA79E8" w:rsidRDefault="001D5B6B" w:rsidP="00D8797B">
      <w:pPr>
        <w:spacing w:line="276" w:lineRule="auto"/>
        <w:ind w:left="283" w:hanging="283"/>
        <w:jc w:val="both"/>
        <w:rPr>
          <w:lang w:val="pl-PL"/>
        </w:rPr>
      </w:pPr>
      <w:r w:rsidRPr="00AA79E8">
        <w:rPr>
          <w:lang w:val="pl-PL"/>
        </w:rPr>
        <w:t xml:space="preserve">2) Uruchomimy platformę i konta w terminie określonym w zapytaniu, zapewnimy uczestnikom dostęp co najmniej do </w:t>
      </w:r>
      <w:r w:rsidR="00D8797B" w:rsidRPr="0051144F">
        <w:rPr>
          <w:lang w:val="pl-PL"/>
        </w:rPr>
        <w:t>30</w:t>
      </w:r>
      <w:r w:rsidRPr="0051144F">
        <w:rPr>
          <w:lang w:val="pl-PL"/>
        </w:rPr>
        <w:t xml:space="preserve"> listopada 2026 r.</w:t>
      </w:r>
      <w:r w:rsidRPr="00AA79E8">
        <w:rPr>
          <w:lang w:val="pl-PL"/>
        </w:rPr>
        <w:t xml:space="preserve"> oraz przekażemy raport końcowy do 3 dni roboczych po zakończeniu okresu dostępu.</w:t>
      </w:r>
    </w:p>
    <w:p w14:paraId="00F60740" w14:textId="77777777" w:rsidR="005566A0" w:rsidRDefault="001D5B6B" w:rsidP="00D8797B">
      <w:pPr>
        <w:spacing w:line="276" w:lineRule="auto"/>
        <w:ind w:left="283" w:hanging="283"/>
        <w:jc w:val="both"/>
        <w:rPr>
          <w:lang w:val="pl-PL"/>
        </w:rPr>
      </w:pPr>
      <w:r w:rsidRPr="00AA79E8">
        <w:rPr>
          <w:lang w:val="pl-PL"/>
        </w:rPr>
        <w:t>3) Zapewnimy możliwość indywidualnego logowania także osobom bez służbowego adresu e-mail, dodatkową ścieżkę OT/ICS wskazanym osobom, test z progiem zaliczenia 70% oraz co najmniej trzy ponowne podejścia bez dodatkowej opłaty.</w:t>
      </w:r>
    </w:p>
    <w:p w14:paraId="58B45957" w14:textId="640CC0CD" w:rsidR="00B20EEE" w:rsidRPr="00AA79E8" w:rsidRDefault="00B20EEE" w:rsidP="00D8797B">
      <w:pPr>
        <w:spacing w:line="276" w:lineRule="auto"/>
        <w:ind w:left="283" w:hanging="283"/>
        <w:jc w:val="both"/>
        <w:rPr>
          <w:lang w:val="pl-PL"/>
        </w:rPr>
      </w:pPr>
      <w:r>
        <w:t>4</w:t>
      </w:r>
      <w:r w:rsidRPr="00B20EEE">
        <w:rPr>
          <w:lang w:val="pl-PL"/>
        </w:rPr>
        <w:t>) Oferowana platforma e-learningowa oraz materiały szkoleniowe spełniają wymagania dotyczące dostępności cyfrowej i równości szans określone w OPZ. W szczególności zapewnimy wymagane mechanizmy dostępności dla osób ze szczególnymi potrzebami oraz, w przypadku zgłoszenia takiej potrzeby przez Zamawiającego, równoważny sposób dostępu do treści szkolenia i testu bez dodatkowych kosztów.</w:t>
      </w:r>
    </w:p>
    <w:p w14:paraId="7980E0F6" w14:textId="2C6695B0" w:rsidR="005566A0" w:rsidRPr="00AA79E8" w:rsidRDefault="00B20EEE" w:rsidP="00D8797B">
      <w:pPr>
        <w:spacing w:line="276" w:lineRule="auto"/>
        <w:ind w:left="283" w:hanging="283"/>
        <w:jc w:val="both"/>
        <w:rPr>
          <w:lang w:val="pl-PL"/>
        </w:rPr>
      </w:pPr>
      <w:r>
        <w:rPr>
          <w:lang w:val="pl-PL"/>
        </w:rPr>
        <w:t>5</w:t>
      </w:r>
      <w:r w:rsidR="001D5B6B" w:rsidRPr="00AA79E8">
        <w:rPr>
          <w:lang w:val="pl-PL"/>
        </w:rPr>
        <w:t xml:space="preserve">) </w:t>
      </w:r>
      <w:r w:rsidR="00216C3E" w:rsidRPr="00216C3E">
        <w:rPr>
          <w:lang w:val="pl-PL"/>
        </w:rPr>
        <w:t>Spełniamy warunek udziału w postępowaniu dotyczący wymaganego doświadczenia określony w pkt 4 zapytania ofertowego. Wraz z ofertą składamy Wykaz wykonanych usług, sporządzony według wzoru stanowiącego załącznik nr 4, oraz wymagane dowody potwierdzające należyte wykonanie wskazanej usługi.</w:t>
      </w:r>
    </w:p>
    <w:p w14:paraId="0ECEC50E" w14:textId="0DB73E1E" w:rsidR="005566A0" w:rsidRDefault="00B20EEE" w:rsidP="00D8797B">
      <w:pPr>
        <w:spacing w:line="276" w:lineRule="auto"/>
        <w:ind w:left="283" w:hanging="283"/>
        <w:jc w:val="both"/>
        <w:rPr>
          <w:lang w:val="pl-PL"/>
        </w:rPr>
      </w:pPr>
      <w:r>
        <w:rPr>
          <w:lang w:val="pl-PL"/>
        </w:rPr>
        <w:t>6</w:t>
      </w:r>
      <w:r w:rsidR="001D5B6B" w:rsidRPr="00AA79E8">
        <w:rPr>
          <w:lang w:val="pl-PL"/>
        </w:rPr>
        <w:t>) Jeżeli dotyczy, dopełniliśmy obowiązków informacyjnych z art. 13 lub 14 RODO wobec osób, których dane przekazujemy Zamawiającemu w związku ze złożeniem oferty.</w:t>
      </w:r>
    </w:p>
    <w:p w14:paraId="24B17480" w14:textId="4C079C95" w:rsidR="00F140F8" w:rsidRPr="00AA79E8" w:rsidRDefault="00B20EEE" w:rsidP="00D8797B">
      <w:pPr>
        <w:spacing w:line="276" w:lineRule="auto"/>
        <w:ind w:left="283" w:hanging="283"/>
        <w:jc w:val="both"/>
        <w:rPr>
          <w:lang w:val="pl-PL"/>
        </w:rPr>
      </w:pPr>
      <w:r>
        <w:t>7</w:t>
      </w:r>
      <w:r w:rsidR="00F140F8">
        <w:t xml:space="preserve">) </w:t>
      </w:r>
      <w:r w:rsidR="00F140F8" w:rsidRPr="00F140F8">
        <w:rPr>
          <w:lang w:val="pl-PL"/>
        </w:rPr>
        <w:t>Oświadczam, że wobec Wykonawcy nie zachodzą przesłanki wykluczenia określone w art. 7 ust. 1 ustawy z dnia 13 kwietnia 2022 r. o szczególnych rozwiązaniach w zakresie przeciwdziałania wspieraniu agresji na Ukrainę oraz służących ochronie bezpieczeństwa narodowego.</w:t>
      </w:r>
    </w:p>
    <w:p w14:paraId="2D6A62BC" w14:textId="41F8B7D3" w:rsidR="005566A0" w:rsidRPr="00AA79E8" w:rsidRDefault="00B20EEE" w:rsidP="00D8797B">
      <w:pPr>
        <w:spacing w:line="276" w:lineRule="auto"/>
        <w:jc w:val="both"/>
        <w:rPr>
          <w:lang w:val="pl-PL"/>
        </w:rPr>
      </w:pPr>
      <w:r w:rsidRPr="00B20EEE">
        <w:rPr>
          <w:lang w:val="pl-PL"/>
        </w:rPr>
        <w:t>Wykonawca pozostaje związany niniejszą ofertą przez okres 30 dni od dnia upływu terminu składania ofert.</w:t>
      </w:r>
      <w:r w:rsidR="001D5B6B" w:rsidRPr="00AA79E8">
        <w:rPr>
          <w:lang w:val="pl-PL"/>
        </w:rPr>
        <w:t xml:space="preserve"> </w:t>
      </w:r>
      <w:r w:rsidR="00AA79E8" w:rsidRPr="00AA79E8">
        <w:rPr>
          <w:lang w:val="pl-PL"/>
        </w:rPr>
        <w:t>W przypadku wyboru naszej oferty zobowiązujemy się zawrzeć umowę zgodną z projektem stanowiącym załącznik nr 3 do zapytania oraz z treścią naszej oferty.</w:t>
      </w:r>
    </w:p>
    <w:p w14:paraId="655A860F" w14:textId="77777777" w:rsidR="005566A0" w:rsidRPr="00AA79E8" w:rsidRDefault="001D5B6B" w:rsidP="00D8797B">
      <w:pPr>
        <w:spacing w:line="276" w:lineRule="auto"/>
        <w:jc w:val="both"/>
        <w:rPr>
          <w:lang w:val="pl-PL"/>
        </w:rPr>
      </w:pPr>
      <w:r w:rsidRPr="00AA79E8">
        <w:rPr>
          <w:lang w:val="pl-PL"/>
        </w:rPr>
        <w:t>Miejscowość i data: ........................................................................................................</w:t>
      </w:r>
    </w:p>
    <w:p w14:paraId="2171CBB1" w14:textId="77777777" w:rsidR="00D8797B" w:rsidRPr="00AA79E8" w:rsidRDefault="00D8797B" w:rsidP="00D8797B">
      <w:pPr>
        <w:spacing w:line="276" w:lineRule="auto"/>
        <w:jc w:val="both"/>
        <w:rPr>
          <w:lang w:val="pl-PL"/>
        </w:rPr>
      </w:pPr>
    </w:p>
    <w:p w14:paraId="5CD5DD64" w14:textId="3F20EC37" w:rsidR="005566A0" w:rsidRPr="00B20EEE" w:rsidRDefault="00B20EEE" w:rsidP="00D8797B">
      <w:pPr>
        <w:spacing w:line="276" w:lineRule="auto"/>
        <w:jc w:val="both"/>
        <w:rPr>
          <w:lang w:val="pl-PL"/>
        </w:rPr>
      </w:pPr>
      <w:r w:rsidRPr="00B20EEE">
        <w:rPr>
          <w:lang w:val="pl-PL"/>
        </w:rPr>
        <w:t>Imię i nazwisko osoby uprawnionej do reprezentowania Wykonawcy oraz podpis zgodnie z wymaganiami pkt 7 zapytania ofertowego:</w:t>
      </w:r>
    </w:p>
    <w:p w14:paraId="139B2D68" w14:textId="77777777" w:rsidR="005566A0" w:rsidRPr="00AA79E8" w:rsidRDefault="001D5B6B" w:rsidP="00D8797B">
      <w:pPr>
        <w:spacing w:line="276" w:lineRule="auto"/>
        <w:jc w:val="both"/>
        <w:rPr>
          <w:lang w:val="pl-PL"/>
        </w:rPr>
      </w:pPr>
      <w:r w:rsidRPr="00AA79E8">
        <w:rPr>
          <w:lang w:val="pl-PL"/>
        </w:rPr>
        <w:t>.............................................................................................................................................</w:t>
      </w:r>
    </w:p>
    <w:sectPr w:rsidR="005566A0" w:rsidRPr="00AA79E8" w:rsidSect="00034616">
      <w:headerReference w:type="default" r:id="rId8"/>
      <w:footerReference w:type="default" r:id="rId9"/>
      <w:pgSz w:w="11906" w:h="16838"/>
      <w:pgMar w:top="1559" w:right="1134" w:bottom="1077" w:left="1134" w:header="369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B8626" w14:textId="77777777" w:rsidR="00A470A3" w:rsidRDefault="00A470A3">
      <w:pPr>
        <w:spacing w:after="0" w:line="240" w:lineRule="auto"/>
      </w:pPr>
      <w:r>
        <w:separator/>
      </w:r>
    </w:p>
  </w:endnote>
  <w:endnote w:type="continuationSeparator" w:id="0">
    <w:p w14:paraId="70ADC88F" w14:textId="77777777" w:rsidR="00A470A3" w:rsidRDefault="00A470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8919B" w14:textId="77777777" w:rsidR="005566A0" w:rsidRDefault="001D5B6B">
    <w:pPr>
      <w:pStyle w:val="Stopka"/>
      <w:jc w:val="center"/>
    </w:pPr>
    <w:r>
      <w:rPr>
        <w:noProof/>
        <w:lang w:val="pl-PL" w:eastAsia="pl-PL"/>
      </w:rPr>
      <w:drawing>
        <wp:inline distT="0" distB="0" distL="0" distR="0" wp14:anchorId="14C7C59F" wp14:editId="4EF510E5">
          <wp:extent cx="4752000" cy="284265"/>
          <wp:effectExtent l="0" t="0" r="0" b="0"/>
          <wp:docPr id="206030387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52000" cy="284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51013" w14:textId="77777777" w:rsidR="00A470A3" w:rsidRDefault="00A470A3">
      <w:pPr>
        <w:spacing w:after="0" w:line="240" w:lineRule="auto"/>
      </w:pPr>
      <w:r>
        <w:separator/>
      </w:r>
    </w:p>
  </w:footnote>
  <w:footnote w:type="continuationSeparator" w:id="0">
    <w:p w14:paraId="65DD45A8" w14:textId="77777777" w:rsidR="00A470A3" w:rsidRDefault="00A470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9DE6C" w14:textId="77777777" w:rsidR="005566A0" w:rsidRDefault="001D5B6B">
    <w:pPr>
      <w:pStyle w:val="Nagwek"/>
    </w:pPr>
    <w:r>
      <w:rPr>
        <w:noProof/>
        <w:lang w:val="pl-PL" w:eastAsia="pl-PL"/>
      </w:rPr>
      <w:drawing>
        <wp:inline distT="0" distB="0" distL="0" distR="0" wp14:anchorId="4457EBAB" wp14:editId="7BF8D9C8">
          <wp:extent cx="1800000" cy="5380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0" cy="53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21276492">
    <w:abstractNumId w:val="8"/>
  </w:num>
  <w:num w:numId="2" w16cid:durableId="2059621493">
    <w:abstractNumId w:val="6"/>
  </w:num>
  <w:num w:numId="3" w16cid:durableId="240066357">
    <w:abstractNumId w:val="5"/>
  </w:num>
  <w:num w:numId="4" w16cid:durableId="292713521">
    <w:abstractNumId w:val="4"/>
  </w:num>
  <w:num w:numId="5" w16cid:durableId="1351957220">
    <w:abstractNumId w:val="7"/>
  </w:num>
  <w:num w:numId="6" w16cid:durableId="1894467179">
    <w:abstractNumId w:val="3"/>
  </w:num>
  <w:num w:numId="7" w16cid:durableId="416026695">
    <w:abstractNumId w:val="2"/>
  </w:num>
  <w:num w:numId="8" w16cid:durableId="178349800">
    <w:abstractNumId w:val="1"/>
  </w:num>
  <w:num w:numId="9" w16cid:durableId="399014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084A"/>
    <w:rsid w:val="0015074B"/>
    <w:rsid w:val="001D5B6B"/>
    <w:rsid w:val="00205F0D"/>
    <w:rsid w:val="00216C3E"/>
    <w:rsid w:val="0023269A"/>
    <w:rsid w:val="00273C9E"/>
    <w:rsid w:val="0029639D"/>
    <w:rsid w:val="00326F90"/>
    <w:rsid w:val="004A63AF"/>
    <w:rsid w:val="0051144F"/>
    <w:rsid w:val="005566A0"/>
    <w:rsid w:val="0068317C"/>
    <w:rsid w:val="006B14F0"/>
    <w:rsid w:val="00865F0F"/>
    <w:rsid w:val="009C53B9"/>
    <w:rsid w:val="00A470A3"/>
    <w:rsid w:val="00AA1D8D"/>
    <w:rsid w:val="00AA79E8"/>
    <w:rsid w:val="00B20EEE"/>
    <w:rsid w:val="00B25406"/>
    <w:rsid w:val="00B47730"/>
    <w:rsid w:val="00BE5D21"/>
    <w:rsid w:val="00CB0664"/>
    <w:rsid w:val="00D56B0D"/>
    <w:rsid w:val="00D8797B"/>
    <w:rsid w:val="00E51038"/>
    <w:rsid w:val="00F140F8"/>
    <w:rsid w:val="00F67C48"/>
    <w:rsid w:val="00F95A2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BB3157"/>
  <w14:defaultImageDpi w14:val="300"/>
  <w15:docId w15:val="{00363AC5-A89B-4E23-9DF2-5DA05A838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 w:line="264" w:lineRule="auto"/>
    </w:pPr>
    <w:rPr>
      <w:rFonts w:ascii="Arial" w:hAnsi="Arial"/>
      <w:color w:val="000000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/>
      <w:b/>
      <w:bCs/>
      <w:sz w:val="2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spacing w:after="1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23269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3269A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3269A"/>
    <w:rPr>
      <w:rFonts w:ascii="Arial" w:hAnsi="Arial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26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269A"/>
    <w:rPr>
      <w:rFonts w:ascii="Arial" w:hAnsi="Arial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326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269A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7C27130-51A4-4281-B023-C3326348F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656</Words>
  <Characters>3940</Characters>
  <Application>Microsoft Office Word</Application>
  <DocSecurity>0</DocSecurity>
  <Lines>32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4587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Piotr Malczyk</cp:lastModifiedBy>
  <cp:revision>3</cp:revision>
  <dcterms:created xsi:type="dcterms:W3CDTF">2026-10-01T10:02:00Z</dcterms:created>
  <dcterms:modified xsi:type="dcterms:W3CDTF">2026-10-05T05:56:00Z</dcterms:modified>
  <cp:category/>
</cp:coreProperties>
</file>