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B0565" w14:textId="590AF5B2" w:rsidR="00384DC3" w:rsidRPr="003D2A83" w:rsidRDefault="003D2A83" w:rsidP="003D2A83">
      <w:pPr>
        <w:spacing w:after="0" w:line="360" w:lineRule="auto"/>
        <w:jc w:val="right"/>
        <w:rPr>
          <w:rFonts w:ascii="Calibri" w:hAnsi="Calibri" w:cs="Calibri"/>
          <w:sz w:val="22"/>
        </w:rPr>
      </w:pPr>
      <w:r w:rsidRPr="003D2A83">
        <w:rPr>
          <w:rFonts w:ascii="Calibri" w:hAnsi="Calibri" w:cs="Calibri"/>
          <w:sz w:val="22"/>
        </w:rPr>
        <w:t>Załącznik nr 4 do zapytania ofertowego</w:t>
      </w:r>
      <w:r w:rsidR="00E04922">
        <w:rPr>
          <w:rFonts w:ascii="Calibri" w:hAnsi="Calibri" w:cs="Calibri"/>
          <w:sz w:val="22"/>
        </w:rPr>
        <w:t xml:space="preserve"> </w:t>
      </w:r>
      <w:r w:rsidR="00E04922" w:rsidRPr="00E04922">
        <w:rPr>
          <w:rFonts w:ascii="Calibri" w:hAnsi="Calibri" w:cs="Calibri"/>
          <w:sz w:val="22"/>
        </w:rPr>
        <w:t>ZP.CYBER.U26.2026</w:t>
      </w:r>
    </w:p>
    <w:p w14:paraId="1C61B05D" w14:textId="77777777" w:rsidR="00C60F95" w:rsidRPr="003D2A83" w:rsidRDefault="00C60F95" w:rsidP="003D2A83">
      <w:pPr>
        <w:pStyle w:val="Tytu"/>
        <w:spacing w:after="0" w:line="360" w:lineRule="auto"/>
        <w:jc w:val="center"/>
        <w:rPr>
          <w:rFonts w:ascii="Calibri" w:hAnsi="Calibri" w:cs="Calibri"/>
          <w:sz w:val="22"/>
          <w:szCs w:val="22"/>
        </w:rPr>
      </w:pPr>
    </w:p>
    <w:p w14:paraId="19CAE3DD" w14:textId="21B44903" w:rsidR="00384DC3" w:rsidRPr="003D2A83" w:rsidRDefault="003D2A83" w:rsidP="003D2A83">
      <w:pPr>
        <w:pStyle w:val="Tytu"/>
        <w:spacing w:after="0" w:line="360" w:lineRule="auto"/>
        <w:jc w:val="center"/>
        <w:rPr>
          <w:rFonts w:ascii="Calibri" w:hAnsi="Calibri" w:cs="Calibri"/>
          <w:sz w:val="22"/>
          <w:szCs w:val="22"/>
        </w:rPr>
      </w:pPr>
      <w:r w:rsidRPr="003D2A83">
        <w:rPr>
          <w:rFonts w:ascii="Calibri" w:hAnsi="Calibri" w:cs="Calibri"/>
          <w:sz w:val="22"/>
          <w:szCs w:val="22"/>
        </w:rPr>
        <w:t>Wykaz wykonanych usług</w:t>
      </w:r>
    </w:p>
    <w:p w14:paraId="1794458B" w14:textId="77777777" w:rsidR="00384DC3" w:rsidRPr="003D2A83" w:rsidRDefault="003D2A83" w:rsidP="003D2A83">
      <w:pPr>
        <w:spacing w:line="360" w:lineRule="auto"/>
        <w:jc w:val="center"/>
        <w:rPr>
          <w:rFonts w:ascii="Calibri" w:hAnsi="Calibri" w:cs="Calibri"/>
          <w:sz w:val="22"/>
        </w:rPr>
      </w:pPr>
      <w:r w:rsidRPr="003D2A83">
        <w:rPr>
          <w:rFonts w:ascii="Calibri" w:hAnsi="Calibri" w:cs="Calibri"/>
          <w:b/>
          <w:sz w:val="22"/>
        </w:rPr>
        <w:t>Usługa podstawowych szkoleń z cyberbezpieczeństwa dla 72 pracowników USKOM</w:t>
      </w:r>
    </w:p>
    <w:p w14:paraId="65A2DBAE" w14:textId="1431B660" w:rsidR="00384DC3" w:rsidRPr="003D2A83" w:rsidRDefault="003D2A83" w:rsidP="003D2A83">
      <w:pPr>
        <w:pStyle w:val="Nagwek1"/>
        <w:spacing w:after="60" w:line="360" w:lineRule="auto"/>
        <w:rPr>
          <w:rFonts w:ascii="Calibri" w:hAnsi="Calibri" w:cs="Calibri"/>
          <w:szCs w:val="22"/>
        </w:rPr>
      </w:pPr>
      <w:r w:rsidRPr="003D2A83">
        <w:rPr>
          <w:rFonts w:ascii="Calibri" w:hAnsi="Calibri" w:cs="Calibri"/>
          <w:szCs w:val="22"/>
        </w:rPr>
        <w:t>Wykonawca :</w:t>
      </w:r>
    </w:p>
    <w:tbl>
      <w:tblPr>
        <w:tblW w:w="0" w:type="auto"/>
        <w:jc w:val="center"/>
        <w:tblLayout w:type="fixed"/>
        <w:tblLook w:val="04A0" w:firstRow="1" w:lastRow="0" w:firstColumn="1" w:lastColumn="0" w:noHBand="0" w:noVBand="1"/>
      </w:tblPr>
      <w:tblGrid>
        <w:gridCol w:w="2977"/>
        <w:gridCol w:w="6661"/>
      </w:tblGrid>
      <w:tr w:rsidR="00384DC3" w:rsidRPr="003D2A83" w14:paraId="656F488E" w14:textId="77777777" w:rsidTr="00C60F95">
        <w:trPr>
          <w:jc w:val="center"/>
        </w:trPr>
        <w:tc>
          <w:tcPr>
            <w:tcW w:w="2977" w:type="dxa"/>
            <w:shd w:val="clear" w:color="auto" w:fill="E7E6E6"/>
            <w:tcMar>
              <w:top w:w="70" w:type="dxa"/>
              <w:left w:w="70" w:type="dxa"/>
              <w:bottom w:w="70" w:type="dxa"/>
              <w:right w:w="70" w:type="dxa"/>
            </w:tcMar>
            <w:vAlign w:val="center"/>
          </w:tcPr>
          <w:p w14:paraId="33D286B1" w14:textId="60C48061" w:rsidR="00384DC3" w:rsidRPr="003D2A83" w:rsidRDefault="003D2A83" w:rsidP="003D2A83">
            <w:pPr>
              <w:spacing w:after="0" w:line="360" w:lineRule="auto"/>
              <w:jc w:val="center"/>
              <w:rPr>
                <w:rFonts w:ascii="Calibri" w:hAnsi="Calibri" w:cs="Calibri"/>
                <w:sz w:val="22"/>
              </w:rPr>
            </w:pPr>
            <w:r w:rsidRPr="003D2A83">
              <w:rPr>
                <w:rFonts w:ascii="Calibri" w:hAnsi="Calibri" w:cs="Calibri"/>
                <w:b/>
                <w:sz w:val="22"/>
              </w:rPr>
              <w:t>Pełna nazwa Wykonawcy</w:t>
            </w:r>
          </w:p>
        </w:tc>
        <w:tc>
          <w:tcPr>
            <w:tcW w:w="6661" w:type="dxa"/>
            <w:tcMar>
              <w:top w:w="70" w:type="dxa"/>
              <w:left w:w="70" w:type="dxa"/>
              <w:bottom w:w="70" w:type="dxa"/>
              <w:right w:w="70" w:type="dxa"/>
            </w:tcMar>
            <w:vAlign w:val="center"/>
          </w:tcPr>
          <w:p w14:paraId="2D840F12" w14:textId="77777777" w:rsidR="00384DC3" w:rsidRPr="003D2A83" w:rsidRDefault="003D2A83" w:rsidP="003D2A83">
            <w:pPr>
              <w:spacing w:after="0" w:line="360" w:lineRule="auto"/>
              <w:rPr>
                <w:rFonts w:ascii="Calibri" w:hAnsi="Calibri" w:cs="Calibri"/>
                <w:sz w:val="22"/>
              </w:rPr>
            </w:pPr>
            <w:r w:rsidRPr="003D2A83">
              <w:rPr>
                <w:rFonts w:ascii="Calibri" w:hAnsi="Calibri" w:cs="Calibri"/>
                <w:sz w:val="22"/>
              </w:rPr>
              <w:t>..........................................................................................................................................................................................................................................</w:t>
            </w:r>
          </w:p>
          <w:p w14:paraId="2E85FE08" w14:textId="6ED8AE6A" w:rsidR="003D2A83" w:rsidRPr="003D2A83" w:rsidRDefault="003D2A83" w:rsidP="003D2A83">
            <w:pPr>
              <w:spacing w:after="0" w:line="360" w:lineRule="auto"/>
              <w:rPr>
                <w:rFonts w:ascii="Calibri" w:hAnsi="Calibri" w:cs="Calibri"/>
                <w:sz w:val="22"/>
              </w:rPr>
            </w:pPr>
            <w:r w:rsidRPr="003D2A83">
              <w:rPr>
                <w:rFonts w:ascii="Calibri" w:hAnsi="Calibri" w:cs="Calibri"/>
                <w:sz w:val="22"/>
              </w:rPr>
              <w:t>………………………………………………………………………………………………………………..………………………………………………………………………………………………………………..</w:t>
            </w:r>
          </w:p>
        </w:tc>
      </w:tr>
    </w:tbl>
    <w:p w14:paraId="793F4CA5" w14:textId="77777777" w:rsidR="00384DC3" w:rsidRPr="003D2A83" w:rsidRDefault="00384DC3" w:rsidP="003D2A83">
      <w:pPr>
        <w:spacing w:after="0" w:line="360" w:lineRule="auto"/>
        <w:rPr>
          <w:rFonts w:ascii="Calibri" w:hAnsi="Calibri" w:cs="Calibri"/>
          <w:sz w:val="22"/>
        </w:rPr>
      </w:pPr>
    </w:p>
    <w:p w14:paraId="0C6C46B6" w14:textId="77777777" w:rsidR="00384DC3" w:rsidRPr="003D2A83" w:rsidRDefault="003D2A83" w:rsidP="003D2A83">
      <w:pPr>
        <w:pStyle w:val="Nagwek1"/>
        <w:spacing w:before="60" w:after="60" w:line="360" w:lineRule="auto"/>
        <w:rPr>
          <w:rFonts w:ascii="Calibri" w:hAnsi="Calibri" w:cs="Calibri"/>
          <w:szCs w:val="22"/>
        </w:rPr>
      </w:pPr>
      <w:r w:rsidRPr="003D2A83">
        <w:rPr>
          <w:rFonts w:ascii="Calibri" w:hAnsi="Calibri" w:cs="Calibri"/>
          <w:szCs w:val="22"/>
        </w:rPr>
        <w:t>Wykaz usług potwierdzających spełnienie warunku udziału w postępowaniu</w:t>
      </w:r>
    </w:p>
    <w:p w14:paraId="30E175D5" w14:textId="77777777" w:rsidR="00384DC3" w:rsidRPr="003D2A83" w:rsidRDefault="003D2A83" w:rsidP="003D2A83">
      <w:pPr>
        <w:spacing w:after="100" w:line="360" w:lineRule="auto"/>
        <w:jc w:val="both"/>
        <w:rPr>
          <w:rFonts w:ascii="Calibri" w:hAnsi="Calibri" w:cs="Calibri"/>
          <w:sz w:val="22"/>
        </w:rPr>
      </w:pPr>
      <w:r w:rsidRPr="003D2A83">
        <w:rPr>
          <w:rFonts w:ascii="Calibri" w:hAnsi="Calibri" w:cs="Calibri"/>
          <w:sz w:val="22"/>
        </w:rPr>
        <w:t>W celu potwierdzenia spełnienia warunku udziału w postępowaniu określonego w pkt 4 zapytania ofertowego Wykonawca wykazuje, że w okresie ostatnich 3 lat przed upływem terminu składania ofert, a jeżeli okres prowadzenia działalności jest krótszy – w tym okresie, należycie wykonał co najmniej jedną usługę polegającą na realizacji szkolenia e-learningowego z zakresu cyberbezpieczeństwa lub świadomości bezpieczeństwa informacji dla co najmniej 30 uczestników.</w:t>
      </w:r>
    </w:p>
    <w:tbl>
      <w:tblPr>
        <w:tblStyle w:val="Tabela-Siatka"/>
        <w:tblW w:w="9919" w:type="dxa"/>
        <w:jc w:val="center"/>
        <w:tblLayout w:type="fixed"/>
        <w:tblLook w:val="04A0" w:firstRow="1" w:lastRow="0" w:firstColumn="1" w:lastColumn="0" w:noHBand="0" w:noVBand="1"/>
      </w:tblPr>
      <w:tblGrid>
        <w:gridCol w:w="724"/>
        <w:gridCol w:w="2268"/>
        <w:gridCol w:w="1786"/>
        <w:gridCol w:w="1606"/>
        <w:gridCol w:w="1606"/>
        <w:gridCol w:w="1929"/>
      </w:tblGrid>
      <w:tr w:rsidR="00384DC3" w:rsidRPr="003D2A83" w14:paraId="4507EC44" w14:textId="77777777" w:rsidTr="00C60F95">
        <w:trPr>
          <w:tblHeader/>
          <w:jc w:val="center"/>
        </w:trPr>
        <w:tc>
          <w:tcPr>
            <w:tcW w:w="724" w:type="dxa"/>
            <w:shd w:val="clear" w:color="auto" w:fill="D9D9D9"/>
            <w:tcMar>
              <w:top w:w="70" w:type="dxa"/>
              <w:left w:w="70" w:type="dxa"/>
              <w:bottom w:w="70" w:type="dxa"/>
              <w:right w:w="70" w:type="dxa"/>
            </w:tcMar>
            <w:vAlign w:val="center"/>
          </w:tcPr>
          <w:p w14:paraId="54722B51" w14:textId="77777777" w:rsidR="00384DC3" w:rsidRPr="003D2A83" w:rsidRDefault="003D2A83" w:rsidP="003D2A83">
            <w:pPr>
              <w:spacing w:after="0" w:line="360" w:lineRule="auto"/>
              <w:jc w:val="center"/>
              <w:rPr>
                <w:rFonts w:ascii="Calibri" w:hAnsi="Calibri" w:cs="Calibri"/>
                <w:sz w:val="22"/>
              </w:rPr>
            </w:pPr>
            <w:r w:rsidRPr="003D2A83">
              <w:rPr>
                <w:rFonts w:ascii="Calibri" w:hAnsi="Calibri" w:cs="Calibri"/>
                <w:b/>
                <w:sz w:val="22"/>
              </w:rPr>
              <w:t>Lp.</w:t>
            </w:r>
          </w:p>
        </w:tc>
        <w:tc>
          <w:tcPr>
            <w:tcW w:w="2268" w:type="dxa"/>
            <w:shd w:val="clear" w:color="auto" w:fill="D9D9D9"/>
            <w:tcMar>
              <w:top w:w="70" w:type="dxa"/>
              <w:left w:w="70" w:type="dxa"/>
              <w:bottom w:w="70" w:type="dxa"/>
              <w:right w:w="70" w:type="dxa"/>
            </w:tcMar>
            <w:vAlign w:val="center"/>
          </w:tcPr>
          <w:p w14:paraId="3AF4B272" w14:textId="77777777" w:rsidR="00384DC3" w:rsidRPr="003D2A83" w:rsidRDefault="003D2A83" w:rsidP="003D2A83">
            <w:pPr>
              <w:spacing w:after="0" w:line="360" w:lineRule="auto"/>
              <w:jc w:val="center"/>
              <w:rPr>
                <w:rFonts w:ascii="Calibri" w:hAnsi="Calibri" w:cs="Calibri"/>
                <w:sz w:val="22"/>
              </w:rPr>
            </w:pPr>
            <w:r w:rsidRPr="003D2A83">
              <w:rPr>
                <w:rFonts w:ascii="Calibri" w:hAnsi="Calibri" w:cs="Calibri"/>
                <w:b/>
                <w:sz w:val="22"/>
              </w:rPr>
              <w:t>Przedmiot usługi / zakres szkolenia</w:t>
            </w:r>
          </w:p>
        </w:tc>
        <w:tc>
          <w:tcPr>
            <w:tcW w:w="1786" w:type="dxa"/>
            <w:shd w:val="clear" w:color="auto" w:fill="D9D9D9"/>
            <w:tcMar>
              <w:top w:w="70" w:type="dxa"/>
              <w:left w:w="70" w:type="dxa"/>
              <w:bottom w:w="70" w:type="dxa"/>
              <w:right w:w="70" w:type="dxa"/>
            </w:tcMar>
            <w:vAlign w:val="center"/>
          </w:tcPr>
          <w:p w14:paraId="586E8818" w14:textId="77777777" w:rsidR="00384DC3" w:rsidRPr="003D2A83" w:rsidRDefault="003D2A83" w:rsidP="003D2A83">
            <w:pPr>
              <w:spacing w:after="0" w:line="360" w:lineRule="auto"/>
              <w:jc w:val="center"/>
              <w:rPr>
                <w:rFonts w:ascii="Calibri" w:hAnsi="Calibri" w:cs="Calibri"/>
                <w:sz w:val="22"/>
              </w:rPr>
            </w:pPr>
            <w:r w:rsidRPr="003D2A83">
              <w:rPr>
                <w:rFonts w:ascii="Calibri" w:hAnsi="Calibri" w:cs="Calibri"/>
                <w:b/>
                <w:sz w:val="22"/>
              </w:rPr>
              <w:t>Podmiot, na rzecz którego usługę wykonano</w:t>
            </w:r>
          </w:p>
        </w:tc>
        <w:tc>
          <w:tcPr>
            <w:tcW w:w="1606" w:type="dxa"/>
            <w:shd w:val="clear" w:color="auto" w:fill="D9D9D9"/>
            <w:tcMar>
              <w:top w:w="70" w:type="dxa"/>
              <w:left w:w="70" w:type="dxa"/>
              <w:bottom w:w="70" w:type="dxa"/>
              <w:right w:w="70" w:type="dxa"/>
            </w:tcMar>
            <w:vAlign w:val="center"/>
          </w:tcPr>
          <w:p w14:paraId="2367E1E7" w14:textId="77777777" w:rsidR="00384DC3" w:rsidRPr="003D2A83" w:rsidRDefault="003D2A83" w:rsidP="003D2A83">
            <w:pPr>
              <w:spacing w:after="0" w:line="360" w:lineRule="auto"/>
              <w:jc w:val="center"/>
              <w:rPr>
                <w:rFonts w:ascii="Calibri" w:hAnsi="Calibri" w:cs="Calibri"/>
                <w:sz w:val="22"/>
              </w:rPr>
            </w:pPr>
            <w:r w:rsidRPr="003D2A83">
              <w:rPr>
                <w:rFonts w:ascii="Calibri" w:hAnsi="Calibri" w:cs="Calibri"/>
                <w:b/>
                <w:sz w:val="22"/>
              </w:rPr>
              <w:t>Liczba</w:t>
            </w:r>
            <w:r w:rsidRPr="003D2A83">
              <w:rPr>
                <w:rFonts w:ascii="Calibri" w:hAnsi="Calibri" w:cs="Calibri"/>
                <w:b/>
                <w:sz w:val="22"/>
              </w:rPr>
              <w:br/>
              <w:t>uczestników</w:t>
            </w:r>
          </w:p>
        </w:tc>
        <w:tc>
          <w:tcPr>
            <w:tcW w:w="1606" w:type="dxa"/>
            <w:shd w:val="clear" w:color="auto" w:fill="D9D9D9"/>
            <w:tcMar>
              <w:top w:w="70" w:type="dxa"/>
              <w:left w:w="70" w:type="dxa"/>
              <w:bottom w:w="70" w:type="dxa"/>
              <w:right w:w="70" w:type="dxa"/>
            </w:tcMar>
            <w:vAlign w:val="center"/>
          </w:tcPr>
          <w:p w14:paraId="635224F2" w14:textId="77777777" w:rsidR="00384DC3" w:rsidRPr="003D2A83" w:rsidRDefault="003D2A83" w:rsidP="003D2A83">
            <w:pPr>
              <w:spacing w:after="0" w:line="360" w:lineRule="auto"/>
              <w:jc w:val="center"/>
              <w:rPr>
                <w:rFonts w:ascii="Calibri" w:hAnsi="Calibri" w:cs="Calibri"/>
                <w:sz w:val="22"/>
              </w:rPr>
            </w:pPr>
            <w:r w:rsidRPr="003D2A83">
              <w:rPr>
                <w:rFonts w:ascii="Calibri" w:hAnsi="Calibri" w:cs="Calibri"/>
                <w:b/>
                <w:sz w:val="22"/>
              </w:rPr>
              <w:t>Data lub okres realizacji</w:t>
            </w:r>
          </w:p>
        </w:tc>
        <w:tc>
          <w:tcPr>
            <w:tcW w:w="1929" w:type="dxa"/>
            <w:shd w:val="clear" w:color="auto" w:fill="D9D9D9"/>
            <w:tcMar>
              <w:top w:w="70" w:type="dxa"/>
              <w:left w:w="70" w:type="dxa"/>
              <w:bottom w:w="70" w:type="dxa"/>
              <w:right w:w="70" w:type="dxa"/>
            </w:tcMar>
            <w:vAlign w:val="center"/>
          </w:tcPr>
          <w:p w14:paraId="6160436F" w14:textId="77777777" w:rsidR="00384DC3" w:rsidRPr="003D2A83" w:rsidRDefault="003D2A83" w:rsidP="003D2A83">
            <w:pPr>
              <w:spacing w:after="0" w:line="360" w:lineRule="auto"/>
              <w:jc w:val="center"/>
              <w:rPr>
                <w:rFonts w:ascii="Calibri" w:hAnsi="Calibri" w:cs="Calibri"/>
                <w:sz w:val="22"/>
              </w:rPr>
            </w:pPr>
            <w:r w:rsidRPr="003D2A83">
              <w:rPr>
                <w:rFonts w:ascii="Calibri" w:hAnsi="Calibri" w:cs="Calibri"/>
                <w:b/>
                <w:sz w:val="22"/>
              </w:rPr>
              <w:t>Informacja o należytym wykonaniu i wskazanie dowodu (nazwa dokumentu / nr załącznika)</w:t>
            </w:r>
          </w:p>
        </w:tc>
      </w:tr>
      <w:tr w:rsidR="00384DC3" w:rsidRPr="003D2A83" w14:paraId="798E0F5E" w14:textId="77777777" w:rsidTr="00C60F95">
        <w:trPr>
          <w:trHeight w:val="650"/>
          <w:jc w:val="center"/>
        </w:trPr>
        <w:tc>
          <w:tcPr>
            <w:tcW w:w="724" w:type="dxa"/>
            <w:tcMar>
              <w:top w:w="70" w:type="dxa"/>
              <w:left w:w="70" w:type="dxa"/>
              <w:bottom w:w="70" w:type="dxa"/>
              <w:right w:w="70" w:type="dxa"/>
            </w:tcMar>
            <w:vAlign w:val="center"/>
          </w:tcPr>
          <w:p w14:paraId="5BFFB89B" w14:textId="77777777" w:rsidR="00384DC3" w:rsidRPr="003D2A83" w:rsidRDefault="003D2A83" w:rsidP="003D2A83">
            <w:pPr>
              <w:spacing w:after="0" w:line="360" w:lineRule="auto"/>
              <w:jc w:val="center"/>
              <w:rPr>
                <w:rFonts w:ascii="Calibri" w:hAnsi="Calibri" w:cs="Calibri"/>
                <w:sz w:val="22"/>
              </w:rPr>
            </w:pPr>
            <w:r w:rsidRPr="003D2A83">
              <w:rPr>
                <w:rFonts w:ascii="Calibri" w:hAnsi="Calibri" w:cs="Calibri"/>
                <w:sz w:val="22"/>
              </w:rPr>
              <w:t>1</w:t>
            </w:r>
          </w:p>
        </w:tc>
        <w:tc>
          <w:tcPr>
            <w:tcW w:w="2268" w:type="dxa"/>
            <w:tcMar>
              <w:top w:w="70" w:type="dxa"/>
              <w:left w:w="70" w:type="dxa"/>
              <w:bottom w:w="70" w:type="dxa"/>
              <w:right w:w="70" w:type="dxa"/>
            </w:tcMar>
            <w:vAlign w:val="center"/>
          </w:tcPr>
          <w:p w14:paraId="7C59EC38" w14:textId="77777777" w:rsidR="00384DC3" w:rsidRPr="003D2A83" w:rsidRDefault="00384DC3" w:rsidP="003D2A83">
            <w:pPr>
              <w:spacing w:after="0" w:line="360" w:lineRule="auto"/>
              <w:rPr>
                <w:rFonts w:ascii="Calibri" w:hAnsi="Calibri" w:cs="Calibri"/>
                <w:sz w:val="22"/>
              </w:rPr>
            </w:pPr>
          </w:p>
        </w:tc>
        <w:tc>
          <w:tcPr>
            <w:tcW w:w="1786" w:type="dxa"/>
            <w:tcMar>
              <w:top w:w="70" w:type="dxa"/>
              <w:left w:w="70" w:type="dxa"/>
              <w:bottom w:w="70" w:type="dxa"/>
              <w:right w:w="70" w:type="dxa"/>
            </w:tcMar>
            <w:vAlign w:val="center"/>
          </w:tcPr>
          <w:p w14:paraId="20C81F59" w14:textId="77777777" w:rsidR="00384DC3" w:rsidRPr="003D2A83" w:rsidRDefault="00384DC3" w:rsidP="003D2A83">
            <w:pPr>
              <w:spacing w:after="0" w:line="360" w:lineRule="auto"/>
              <w:rPr>
                <w:rFonts w:ascii="Calibri" w:hAnsi="Calibri" w:cs="Calibri"/>
                <w:sz w:val="22"/>
              </w:rPr>
            </w:pPr>
          </w:p>
        </w:tc>
        <w:tc>
          <w:tcPr>
            <w:tcW w:w="1606" w:type="dxa"/>
            <w:tcMar>
              <w:top w:w="70" w:type="dxa"/>
              <w:left w:w="70" w:type="dxa"/>
              <w:bottom w:w="70" w:type="dxa"/>
              <w:right w:w="70" w:type="dxa"/>
            </w:tcMar>
            <w:vAlign w:val="center"/>
          </w:tcPr>
          <w:p w14:paraId="38676EAD" w14:textId="77777777" w:rsidR="00384DC3" w:rsidRPr="003D2A83" w:rsidRDefault="00384DC3" w:rsidP="003D2A83">
            <w:pPr>
              <w:spacing w:after="0" w:line="360" w:lineRule="auto"/>
              <w:jc w:val="center"/>
              <w:rPr>
                <w:rFonts w:ascii="Calibri" w:hAnsi="Calibri" w:cs="Calibri"/>
                <w:sz w:val="22"/>
              </w:rPr>
            </w:pPr>
          </w:p>
        </w:tc>
        <w:tc>
          <w:tcPr>
            <w:tcW w:w="1606" w:type="dxa"/>
            <w:tcMar>
              <w:top w:w="70" w:type="dxa"/>
              <w:left w:w="70" w:type="dxa"/>
              <w:bottom w:w="70" w:type="dxa"/>
              <w:right w:w="70" w:type="dxa"/>
            </w:tcMar>
            <w:vAlign w:val="center"/>
          </w:tcPr>
          <w:p w14:paraId="730DB86A" w14:textId="77777777" w:rsidR="00384DC3" w:rsidRPr="003D2A83" w:rsidRDefault="00384DC3" w:rsidP="003D2A83">
            <w:pPr>
              <w:spacing w:after="0" w:line="360" w:lineRule="auto"/>
              <w:jc w:val="center"/>
              <w:rPr>
                <w:rFonts w:ascii="Calibri" w:hAnsi="Calibri" w:cs="Calibri"/>
                <w:sz w:val="22"/>
              </w:rPr>
            </w:pPr>
          </w:p>
        </w:tc>
        <w:tc>
          <w:tcPr>
            <w:tcW w:w="1929" w:type="dxa"/>
            <w:tcMar>
              <w:top w:w="70" w:type="dxa"/>
              <w:left w:w="70" w:type="dxa"/>
              <w:bottom w:w="70" w:type="dxa"/>
              <w:right w:w="70" w:type="dxa"/>
            </w:tcMar>
            <w:vAlign w:val="center"/>
          </w:tcPr>
          <w:p w14:paraId="7068A4FA" w14:textId="77777777" w:rsidR="00384DC3" w:rsidRPr="003D2A83" w:rsidRDefault="00384DC3" w:rsidP="003D2A83">
            <w:pPr>
              <w:spacing w:after="0" w:line="360" w:lineRule="auto"/>
              <w:rPr>
                <w:rFonts w:ascii="Calibri" w:hAnsi="Calibri" w:cs="Calibri"/>
                <w:sz w:val="22"/>
              </w:rPr>
            </w:pPr>
          </w:p>
        </w:tc>
      </w:tr>
      <w:tr w:rsidR="00384DC3" w:rsidRPr="003D2A83" w14:paraId="66061F7F" w14:textId="77777777" w:rsidTr="00C60F95">
        <w:trPr>
          <w:trHeight w:val="650"/>
          <w:jc w:val="center"/>
        </w:trPr>
        <w:tc>
          <w:tcPr>
            <w:tcW w:w="724" w:type="dxa"/>
            <w:tcMar>
              <w:top w:w="70" w:type="dxa"/>
              <w:left w:w="70" w:type="dxa"/>
              <w:bottom w:w="70" w:type="dxa"/>
              <w:right w:w="70" w:type="dxa"/>
            </w:tcMar>
            <w:vAlign w:val="center"/>
          </w:tcPr>
          <w:p w14:paraId="59F06F6D" w14:textId="77777777" w:rsidR="00384DC3" w:rsidRPr="003D2A83" w:rsidRDefault="003D2A83" w:rsidP="003D2A83">
            <w:pPr>
              <w:spacing w:after="0" w:line="360" w:lineRule="auto"/>
              <w:jc w:val="center"/>
              <w:rPr>
                <w:rFonts w:ascii="Calibri" w:hAnsi="Calibri" w:cs="Calibri"/>
                <w:sz w:val="22"/>
              </w:rPr>
            </w:pPr>
            <w:r w:rsidRPr="003D2A83">
              <w:rPr>
                <w:rFonts w:ascii="Calibri" w:hAnsi="Calibri" w:cs="Calibri"/>
                <w:sz w:val="22"/>
              </w:rPr>
              <w:t>2</w:t>
            </w:r>
          </w:p>
        </w:tc>
        <w:tc>
          <w:tcPr>
            <w:tcW w:w="2268" w:type="dxa"/>
            <w:tcMar>
              <w:top w:w="70" w:type="dxa"/>
              <w:left w:w="70" w:type="dxa"/>
              <w:bottom w:w="70" w:type="dxa"/>
              <w:right w:w="70" w:type="dxa"/>
            </w:tcMar>
            <w:vAlign w:val="center"/>
          </w:tcPr>
          <w:p w14:paraId="77EF8030" w14:textId="77777777" w:rsidR="00384DC3" w:rsidRPr="003D2A83" w:rsidRDefault="00384DC3" w:rsidP="003D2A83">
            <w:pPr>
              <w:spacing w:after="0" w:line="360" w:lineRule="auto"/>
              <w:rPr>
                <w:rFonts w:ascii="Calibri" w:hAnsi="Calibri" w:cs="Calibri"/>
                <w:sz w:val="22"/>
              </w:rPr>
            </w:pPr>
          </w:p>
        </w:tc>
        <w:tc>
          <w:tcPr>
            <w:tcW w:w="1786" w:type="dxa"/>
            <w:tcMar>
              <w:top w:w="70" w:type="dxa"/>
              <w:left w:w="70" w:type="dxa"/>
              <w:bottom w:w="70" w:type="dxa"/>
              <w:right w:w="70" w:type="dxa"/>
            </w:tcMar>
            <w:vAlign w:val="center"/>
          </w:tcPr>
          <w:p w14:paraId="3A15983D" w14:textId="77777777" w:rsidR="00384DC3" w:rsidRPr="003D2A83" w:rsidRDefault="00384DC3" w:rsidP="003D2A83">
            <w:pPr>
              <w:spacing w:after="0" w:line="360" w:lineRule="auto"/>
              <w:rPr>
                <w:rFonts w:ascii="Calibri" w:hAnsi="Calibri" w:cs="Calibri"/>
                <w:sz w:val="22"/>
              </w:rPr>
            </w:pPr>
          </w:p>
        </w:tc>
        <w:tc>
          <w:tcPr>
            <w:tcW w:w="1606" w:type="dxa"/>
            <w:tcMar>
              <w:top w:w="70" w:type="dxa"/>
              <w:left w:w="70" w:type="dxa"/>
              <w:bottom w:w="70" w:type="dxa"/>
              <w:right w:w="70" w:type="dxa"/>
            </w:tcMar>
            <w:vAlign w:val="center"/>
          </w:tcPr>
          <w:p w14:paraId="697E3E17" w14:textId="77777777" w:rsidR="00384DC3" w:rsidRPr="003D2A83" w:rsidRDefault="00384DC3" w:rsidP="003D2A83">
            <w:pPr>
              <w:spacing w:after="0" w:line="360" w:lineRule="auto"/>
              <w:jc w:val="center"/>
              <w:rPr>
                <w:rFonts w:ascii="Calibri" w:hAnsi="Calibri" w:cs="Calibri"/>
                <w:sz w:val="22"/>
              </w:rPr>
            </w:pPr>
          </w:p>
        </w:tc>
        <w:tc>
          <w:tcPr>
            <w:tcW w:w="1606" w:type="dxa"/>
            <w:tcMar>
              <w:top w:w="70" w:type="dxa"/>
              <w:left w:w="70" w:type="dxa"/>
              <w:bottom w:w="70" w:type="dxa"/>
              <w:right w:w="70" w:type="dxa"/>
            </w:tcMar>
            <w:vAlign w:val="center"/>
          </w:tcPr>
          <w:p w14:paraId="2B20E1B5" w14:textId="77777777" w:rsidR="00384DC3" w:rsidRPr="003D2A83" w:rsidRDefault="00384DC3" w:rsidP="003D2A83">
            <w:pPr>
              <w:spacing w:after="0" w:line="360" w:lineRule="auto"/>
              <w:jc w:val="center"/>
              <w:rPr>
                <w:rFonts w:ascii="Calibri" w:hAnsi="Calibri" w:cs="Calibri"/>
                <w:sz w:val="22"/>
              </w:rPr>
            </w:pPr>
          </w:p>
        </w:tc>
        <w:tc>
          <w:tcPr>
            <w:tcW w:w="1929" w:type="dxa"/>
            <w:tcMar>
              <w:top w:w="70" w:type="dxa"/>
              <w:left w:w="70" w:type="dxa"/>
              <w:bottom w:w="70" w:type="dxa"/>
              <w:right w:w="70" w:type="dxa"/>
            </w:tcMar>
            <w:vAlign w:val="center"/>
          </w:tcPr>
          <w:p w14:paraId="277F9F11" w14:textId="77777777" w:rsidR="00384DC3" w:rsidRPr="003D2A83" w:rsidRDefault="00384DC3" w:rsidP="003D2A83">
            <w:pPr>
              <w:spacing w:after="0" w:line="360" w:lineRule="auto"/>
              <w:rPr>
                <w:rFonts w:ascii="Calibri" w:hAnsi="Calibri" w:cs="Calibri"/>
                <w:sz w:val="22"/>
              </w:rPr>
            </w:pPr>
          </w:p>
        </w:tc>
      </w:tr>
      <w:tr w:rsidR="00384DC3" w:rsidRPr="003D2A83" w14:paraId="79E5B797" w14:textId="77777777" w:rsidTr="00C60F95">
        <w:trPr>
          <w:trHeight w:val="650"/>
          <w:jc w:val="center"/>
        </w:trPr>
        <w:tc>
          <w:tcPr>
            <w:tcW w:w="724" w:type="dxa"/>
            <w:tcMar>
              <w:top w:w="70" w:type="dxa"/>
              <w:left w:w="70" w:type="dxa"/>
              <w:bottom w:w="70" w:type="dxa"/>
              <w:right w:w="70" w:type="dxa"/>
            </w:tcMar>
            <w:vAlign w:val="center"/>
          </w:tcPr>
          <w:p w14:paraId="13F3408D" w14:textId="77777777" w:rsidR="00384DC3" w:rsidRPr="003D2A83" w:rsidRDefault="003D2A83" w:rsidP="003D2A83">
            <w:pPr>
              <w:spacing w:after="0" w:line="360" w:lineRule="auto"/>
              <w:jc w:val="center"/>
              <w:rPr>
                <w:rFonts w:ascii="Calibri" w:hAnsi="Calibri" w:cs="Calibri"/>
                <w:sz w:val="22"/>
              </w:rPr>
            </w:pPr>
            <w:r w:rsidRPr="003D2A83">
              <w:rPr>
                <w:rFonts w:ascii="Calibri" w:hAnsi="Calibri" w:cs="Calibri"/>
                <w:sz w:val="22"/>
              </w:rPr>
              <w:t>3</w:t>
            </w:r>
          </w:p>
        </w:tc>
        <w:tc>
          <w:tcPr>
            <w:tcW w:w="2268" w:type="dxa"/>
            <w:tcMar>
              <w:top w:w="70" w:type="dxa"/>
              <w:left w:w="70" w:type="dxa"/>
              <w:bottom w:w="70" w:type="dxa"/>
              <w:right w:w="70" w:type="dxa"/>
            </w:tcMar>
            <w:vAlign w:val="center"/>
          </w:tcPr>
          <w:p w14:paraId="76002CE6" w14:textId="77777777" w:rsidR="00384DC3" w:rsidRPr="003D2A83" w:rsidRDefault="00384DC3" w:rsidP="003D2A83">
            <w:pPr>
              <w:spacing w:after="0" w:line="360" w:lineRule="auto"/>
              <w:rPr>
                <w:rFonts w:ascii="Calibri" w:hAnsi="Calibri" w:cs="Calibri"/>
                <w:sz w:val="22"/>
              </w:rPr>
            </w:pPr>
          </w:p>
        </w:tc>
        <w:tc>
          <w:tcPr>
            <w:tcW w:w="1786" w:type="dxa"/>
            <w:tcMar>
              <w:top w:w="70" w:type="dxa"/>
              <w:left w:w="70" w:type="dxa"/>
              <w:bottom w:w="70" w:type="dxa"/>
              <w:right w:w="70" w:type="dxa"/>
            </w:tcMar>
            <w:vAlign w:val="center"/>
          </w:tcPr>
          <w:p w14:paraId="7FC75EEC" w14:textId="77777777" w:rsidR="00384DC3" w:rsidRPr="003D2A83" w:rsidRDefault="00384DC3" w:rsidP="003D2A83">
            <w:pPr>
              <w:spacing w:after="0" w:line="360" w:lineRule="auto"/>
              <w:rPr>
                <w:rFonts w:ascii="Calibri" w:hAnsi="Calibri" w:cs="Calibri"/>
                <w:sz w:val="22"/>
              </w:rPr>
            </w:pPr>
          </w:p>
        </w:tc>
        <w:tc>
          <w:tcPr>
            <w:tcW w:w="1606" w:type="dxa"/>
            <w:tcMar>
              <w:top w:w="70" w:type="dxa"/>
              <w:left w:w="70" w:type="dxa"/>
              <w:bottom w:w="70" w:type="dxa"/>
              <w:right w:w="70" w:type="dxa"/>
            </w:tcMar>
            <w:vAlign w:val="center"/>
          </w:tcPr>
          <w:p w14:paraId="1E918F2E" w14:textId="77777777" w:rsidR="00384DC3" w:rsidRPr="003D2A83" w:rsidRDefault="00384DC3" w:rsidP="003D2A83">
            <w:pPr>
              <w:spacing w:after="0" w:line="360" w:lineRule="auto"/>
              <w:jc w:val="center"/>
              <w:rPr>
                <w:rFonts w:ascii="Calibri" w:hAnsi="Calibri" w:cs="Calibri"/>
                <w:sz w:val="22"/>
              </w:rPr>
            </w:pPr>
          </w:p>
        </w:tc>
        <w:tc>
          <w:tcPr>
            <w:tcW w:w="1606" w:type="dxa"/>
            <w:tcMar>
              <w:top w:w="70" w:type="dxa"/>
              <w:left w:w="70" w:type="dxa"/>
              <w:bottom w:w="70" w:type="dxa"/>
              <w:right w:w="70" w:type="dxa"/>
            </w:tcMar>
            <w:vAlign w:val="center"/>
          </w:tcPr>
          <w:p w14:paraId="512E8C89" w14:textId="77777777" w:rsidR="00384DC3" w:rsidRPr="003D2A83" w:rsidRDefault="00384DC3" w:rsidP="003D2A83">
            <w:pPr>
              <w:spacing w:after="0" w:line="360" w:lineRule="auto"/>
              <w:jc w:val="center"/>
              <w:rPr>
                <w:rFonts w:ascii="Calibri" w:hAnsi="Calibri" w:cs="Calibri"/>
                <w:sz w:val="22"/>
              </w:rPr>
            </w:pPr>
          </w:p>
        </w:tc>
        <w:tc>
          <w:tcPr>
            <w:tcW w:w="1929" w:type="dxa"/>
            <w:tcMar>
              <w:top w:w="70" w:type="dxa"/>
              <w:left w:w="70" w:type="dxa"/>
              <w:bottom w:w="70" w:type="dxa"/>
              <w:right w:w="70" w:type="dxa"/>
            </w:tcMar>
            <w:vAlign w:val="center"/>
          </w:tcPr>
          <w:p w14:paraId="01D23FC9" w14:textId="77777777" w:rsidR="00384DC3" w:rsidRPr="003D2A83" w:rsidRDefault="00384DC3" w:rsidP="003D2A83">
            <w:pPr>
              <w:spacing w:after="0" w:line="360" w:lineRule="auto"/>
              <w:rPr>
                <w:rFonts w:ascii="Calibri" w:hAnsi="Calibri" w:cs="Calibri"/>
                <w:sz w:val="22"/>
              </w:rPr>
            </w:pPr>
          </w:p>
        </w:tc>
      </w:tr>
      <w:tr w:rsidR="00384DC3" w:rsidRPr="003D2A83" w14:paraId="2AAA823A" w14:textId="77777777" w:rsidTr="00C60F95">
        <w:trPr>
          <w:trHeight w:val="650"/>
          <w:jc w:val="center"/>
        </w:trPr>
        <w:tc>
          <w:tcPr>
            <w:tcW w:w="724" w:type="dxa"/>
            <w:tcMar>
              <w:top w:w="70" w:type="dxa"/>
              <w:left w:w="70" w:type="dxa"/>
              <w:bottom w:w="70" w:type="dxa"/>
              <w:right w:w="70" w:type="dxa"/>
            </w:tcMar>
            <w:vAlign w:val="center"/>
          </w:tcPr>
          <w:p w14:paraId="7CC11730" w14:textId="77777777" w:rsidR="00384DC3" w:rsidRPr="003D2A83" w:rsidRDefault="003D2A83" w:rsidP="003D2A83">
            <w:pPr>
              <w:spacing w:after="0" w:line="360" w:lineRule="auto"/>
              <w:jc w:val="center"/>
              <w:rPr>
                <w:rFonts w:ascii="Calibri" w:hAnsi="Calibri" w:cs="Calibri"/>
                <w:sz w:val="22"/>
              </w:rPr>
            </w:pPr>
            <w:r w:rsidRPr="003D2A83">
              <w:rPr>
                <w:rFonts w:ascii="Calibri" w:hAnsi="Calibri" w:cs="Calibri"/>
                <w:sz w:val="22"/>
              </w:rPr>
              <w:t>4</w:t>
            </w:r>
          </w:p>
        </w:tc>
        <w:tc>
          <w:tcPr>
            <w:tcW w:w="2268" w:type="dxa"/>
            <w:tcMar>
              <w:top w:w="70" w:type="dxa"/>
              <w:left w:w="70" w:type="dxa"/>
              <w:bottom w:w="70" w:type="dxa"/>
              <w:right w:w="70" w:type="dxa"/>
            </w:tcMar>
            <w:vAlign w:val="center"/>
          </w:tcPr>
          <w:p w14:paraId="16A37C9C" w14:textId="77777777" w:rsidR="00384DC3" w:rsidRPr="003D2A83" w:rsidRDefault="00384DC3" w:rsidP="003D2A83">
            <w:pPr>
              <w:spacing w:after="0" w:line="360" w:lineRule="auto"/>
              <w:rPr>
                <w:rFonts w:ascii="Calibri" w:hAnsi="Calibri" w:cs="Calibri"/>
                <w:sz w:val="22"/>
              </w:rPr>
            </w:pPr>
          </w:p>
        </w:tc>
        <w:tc>
          <w:tcPr>
            <w:tcW w:w="1786" w:type="dxa"/>
            <w:tcMar>
              <w:top w:w="70" w:type="dxa"/>
              <w:left w:w="70" w:type="dxa"/>
              <w:bottom w:w="70" w:type="dxa"/>
              <w:right w:w="70" w:type="dxa"/>
            </w:tcMar>
            <w:vAlign w:val="center"/>
          </w:tcPr>
          <w:p w14:paraId="18F01D01" w14:textId="77777777" w:rsidR="00384DC3" w:rsidRPr="003D2A83" w:rsidRDefault="00384DC3" w:rsidP="003D2A83">
            <w:pPr>
              <w:spacing w:after="0" w:line="360" w:lineRule="auto"/>
              <w:rPr>
                <w:rFonts w:ascii="Calibri" w:hAnsi="Calibri" w:cs="Calibri"/>
                <w:sz w:val="22"/>
              </w:rPr>
            </w:pPr>
          </w:p>
        </w:tc>
        <w:tc>
          <w:tcPr>
            <w:tcW w:w="1606" w:type="dxa"/>
            <w:tcMar>
              <w:top w:w="70" w:type="dxa"/>
              <w:left w:w="70" w:type="dxa"/>
              <w:bottom w:w="70" w:type="dxa"/>
              <w:right w:w="70" w:type="dxa"/>
            </w:tcMar>
            <w:vAlign w:val="center"/>
          </w:tcPr>
          <w:p w14:paraId="4E9568E8" w14:textId="77777777" w:rsidR="00384DC3" w:rsidRPr="003D2A83" w:rsidRDefault="00384DC3" w:rsidP="003D2A83">
            <w:pPr>
              <w:spacing w:after="0" w:line="360" w:lineRule="auto"/>
              <w:jc w:val="center"/>
              <w:rPr>
                <w:rFonts w:ascii="Calibri" w:hAnsi="Calibri" w:cs="Calibri"/>
                <w:sz w:val="22"/>
              </w:rPr>
            </w:pPr>
          </w:p>
        </w:tc>
        <w:tc>
          <w:tcPr>
            <w:tcW w:w="1606" w:type="dxa"/>
            <w:tcMar>
              <w:top w:w="70" w:type="dxa"/>
              <w:left w:w="70" w:type="dxa"/>
              <w:bottom w:w="70" w:type="dxa"/>
              <w:right w:w="70" w:type="dxa"/>
            </w:tcMar>
            <w:vAlign w:val="center"/>
          </w:tcPr>
          <w:p w14:paraId="54E6794D" w14:textId="77777777" w:rsidR="00384DC3" w:rsidRPr="003D2A83" w:rsidRDefault="00384DC3" w:rsidP="003D2A83">
            <w:pPr>
              <w:spacing w:after="0" w:line="360" w:lineRule="auto"/>
              <w:jc w:val="center"/>
              <w:rPr>
                <w:rFonts w:ascii="Calibri" w:hAnsi="Calibri" w:cs="Calibri"/>
                <w:sz w:val="22"/>
              </w:rPr>
            </w:pPr>
          </w:p>
        </w:tc>
        <w:tc>
          <w:tcPr>
            <w:tcW w:w="1929" w:type="dxa"/>
            <w:tcMar>
              <w:top w:w="70" w:type="dxa"/>
              <w:left w:w="70" w:type="dxa"/>
              <w:bottom w:w="70" w:type="dxa"/>
              <w:right w:w="70" w:type="dxa"/>
            </w:tcMar>
            <w:vAlign w:val="center"/>
          </w:tcPr>
          <w:p w14:paraId="28C863D4" w14:textId="77777777" w:rsidR="00384DC3" w:rsidRPr="003D2A83" w:rsidRDefault="00384DC3" w:rsidP="003D2A83">
            <w:pPr>
              <w:spacing w:after="0" w:line="360" w:lineRule="auto"/>
              <w:rPr>
                <w:rFonts w:ascii="Calibri" w:hAnsi="Calibri" w:cs="Calibri"/>
                <w:sz w:val="22"/>
              </w:rPr>
            </w:pPr>
          </w:p>
        </w:tc>
      </w:tr>
    </w:tbl>
    <w:p w14:paraId="6A52A61D" w14:textId="77777777" w:rsidR="00384DC3" w:rsidRPr="003D2A83" w:rsidRDefault="003D2A83" w:rsidP="003D2A83">
      <w:pPr>
        <w:spacing w:before="80" w:after="80" w:line="360" w:lineRule="auto"/>
        <w:jc w:val="both"/>
        <w:rPr>
          <w:rFonts w:ascii="Calibri" w:hAnsi="Calibri" w:cs="Calibri"/>
          <w:sz w:val="22"/>
        </w:rPr>
      </w:pPr>
      <w:r w:rsidRPr="003D2A83">
        <w:rPr>
          <w:rFonts w:ascii="Calibri" w:hAnsi="Calibri" w:cs="Calibri"/>
          <w:sz w:val="22"/>
        </w:rPr>
        <w:t>Do wykazu należy dołączyć dowody potwierdzające należyte wykonanie wskazanej usługi lub usług, np. referencje, protokół odbioru lub inne równoważne dokumenty wystawione przez odbiorcę usługi. Wykonawca może powielić wiersze tabeli, jeżeli wykazuje większą liczbę usług.</w:t>
      </w:r>
    </w:p>
    <w:p w14:paraId="7FBB8577" w14:textId="77777777" w:rsidR="00384DC3" w:rsidRPr="003D2A83" w:rsidRDefault="003D2A83" w:rsidP="003D2A83">
      <w:pPr>
        <w:spacing w:before="40" w:after="100" w:line="360" w:lineRule="auto"/>
        <w:jc w:val="both"/>
        <w:rPr>
          <w:rFonts w:ascii="Calibri" w:hAnsi="Calibri" w:cs="Calibri"/>
          <w:sz w:val="22"/>
        </w:rPr>
      </w:pPr>
      <w:r w:rsidRPr="003D2A83">
        <w:rPr>
          <w:rFonts w:ascii="Calibri" w:hAnsi="Calibri" w:cs="Calibri"/>
          <w:sz w:val="22"/>
        </w:rPr>
        <w:lastRenderedPageBreak/>
        <w:t>Oświadczam/Oświadczamy, że informacje wskazane w niniejszym wykazie są zgodne ze stanem faktycznym.</w:t>
      </w:r>
    </w:p>
    <w:p w14:paraId="57FC2BC0" w14:textId="59D69CA4" w:rsidR="00384DC3" w:rsidRPr="003D2A83" w:rsidRDefault="003D2A83" w:rsidP="003D2A83">
      <w:pPr>
        <w:spacing w:before="40" w:after="40" w:line="360" w:lineRule="auto"/>
        <w:jc w:val="both"/>
        <w:rPr>
          <w:rFonts w:ascii="Calibri" w:hAnsi="Calibri" w:cs="Calibri"/>
          <w:sz w:val="22"/>
        </w:rPr>
      </w:pPr>
      <w:r w:rsidRPr="003D2A83">
        <w:rPr>
          <w:rFonts w:ascii="Calibri" w:hAnsi="Calibri" w:cs="Calibri"/>
          <w:sz w:val="22"/>
        </w:rPr>
        <w:t>Miejscowość i data: ................................................</w:t>
      </w:r>
    </w:p>
    <w:p w14:paraId="002758F8" w14:textId="45933F1E" w:rsidR="00384DC3" w:rsidRPr="003D2A83" w:rsidRDefault="003D2A83" w:rsidP="003D2A83">
      <w:pPr>
        <w:spacing w:before="100" w:after="20" w:line="360" w:lineRule="auto"/>
        <w:jc w:val="both"/>
        <w:rPr>
          <w:rFonts w:ascii="Calibri" w:hAnsi="Calibri" w:cs="Calibri"/>
          <w:sz w:val="22"/>
        </w:rPr>
      </w:pPr>
      <w:r w:rsidRPr="003D2A83">
        <w:rPr>
          <w:rFonts w:ascii="Calibri" w:hAnsi="Calibri" w:cs="Calibri"/>
          <w:sz w:val="22"/>
        </w:rPr>
        <w:t>Imię i nazwisko osoby uprawnionej do reprezentowania Wykonawcy oraz podpis zgodnie z wymaganiami pkt 7 zapytania ofertowego:</w:t>
      </w:r>
    </w:p>
    <w:p w14:paraId="008CCB02" w14:textId="55840A7D" w:rsidR="00384DC3" w:rsidRPr="003D2A83" w:rsidRDefault="003D2A83" w:rsidP="003D2A83">
      <w:pPr>
        <w:spacing w:after="0" w:line="360" w:lineRule="auto"/>
        <w:jc w:val="both"/>
        <w:rPr>
          <w:rFonts w:ascii="Calibri" w:hAnsi="Calibri" w:cs="Calibri"/>
          <w:sz w:val="22"/>
        </w:rPr>
      </w:pPr>
      <w:r w:rsidRPr="003D2A83">
        <w:rPr>
          <w:rFonts w:ascii="Calibri" w:hAnsi="Calibri" w:cs="Calibri"/>
          <w:sz w:val="22"/>
        </w:rPr>
        <w:t>.............................................................................................................................................................................</w:t>
      </w:r>
    </w:p>
    <w:sectPr w:rsidR="00384DC3" w:rsidRPr="003D2A83" w:rsidSect="00034616">
      <w:headerReference w:type="default" r:id="rId8"/>
      <w:footerReference w:type="default" r:id="rId9"/>
      <w:pgSz w:w="11906" w:h="16838"/>
      <w:pgMar w:top="1559" w:right="1134" w:bottom="1077" w:left="1134" w:header="369"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83F2E" w14:textId="77777777" w:rsidR="008954A1" w:rsidRDefault="008954A1">
      <w:pPr>
        <w:spacing w:after="0" w:line="240" w:lineRule="auto"/>
      </w:pPr>
      <w:r>
        <w:separator/>
      </w:r>
    </w:p>
  </w:endnote>
  <w:endnote w:type="continuationSeparator" w:id="0">
    <w:p w14:paraId="2D257F6A" w14:textId="77777777" w:rsidR="008954A1" w:rsidRDefault="008954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Segoe UI">
    <w:panose1 w:val="020B0502040204020203"/>
    <w:charset w:val="EE"/>
    <w:family w:val="swiss"/>
    <w:pitch w:val="variable"/>
    <w:sig w:usb0="E5002EFF" w:usb1="C000E47F" w:usb2="00000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E9847" w14:textId="77777777" w:rsidR="005566A0" w:rsidRDefault="001D5B6B">
    <w:pPr>
      <w:pStyle w:val="Stopka"/>
      <w:jc w:val="center"/>
    </w:pPr>
    <w:r>
      <w:rPr>
        <w:noProof/>
        <w:lang w:eastAsia="pl-PL"/>
      </w:rPr>
      <w:drawing>
        <wp:inline distT="0" distB="0" distL="0" distR="0" wp14:anchorId="14C7C59F" wp14:editId="4EF510E5">
          <wp:extent cx="4752000" cy="284265"/>
          <wp:effectExtent l="0" t="0" r="0" b="0"/>
          <wp:docPr id="2060303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
                  <a:stretch>
                    <a:fillRect/>
                  </a:stretch>
                </pic:blipFill>
                <pic:spPr>
                  <a:xfrm>
                    <a:off x="0" y="0"/>
                    <a:ext cx="4752000" cy="28426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650E3" w14:textId="77777777" w:rsidR="008954A1" w:rsidRDefault="008954A1">
      <w:pPr>
        <w:spacing w:after="0" w:line="240" w:lineRule="auto"/>
      </w:pPr>
      <w:r>
        <w:separator/>
      </w:r>
    </w:p>
  </w:footnote>
  <w:footnote w:type="continuationSeparator" w:id="0">
    <w:p w14:paraId="0F578609" w14:textId="77777777" w:rsidR="008954A1" w:rsidRDefault="008954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A65ED" w14:textId="77777777" w:rsidR="005566A0" w:rsidRDefault="001D5B6B">
    <w:pPr>
      <w:pStyle w:val="Nagwek"/>
    </w:pPr>
    <w:r>
      <w:rPr>
        <w:noProof/>
        <w:lang w:eastAsia="pl-PL"/>
      </w:rPr>
      <w:drawing>
        <wp:inline distT="0" distB="0" distL="0" distR="0" wp14:anchorId="4457EBAB" wp14:editId="7BF8D9C8">
          <wp:extent cx="1800000" cy="53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stretch>
                    <a:fillRect/>
                  </a:stretch>
                </pic:blipFill>
                <pic:spPr>
                  <a:xfrm>
                    <a:off x="0" y="0"/>
                    <a:ext cx="1800000" cy="538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021276492">
    <w:abstractNumId w:val="8"/>
  </w:num>
  <w:num w:numId="2" w16cid:durableId="2059621493">
    <w:abstractNumId w:val="6"/>
  </w:num>
  <w:num w:numId="3" w16cid:durableId="240066357">
    <w:abstractNumId w:val="5"/>
  </w:num>
  <w:num w:numId="4" w16cid:durableId="292713521">
    <w:abstractNumId w:val="4"/>
  </w:num>
  <w:num w:numId="5" w16cid:durableId="1351957220">
    <w:abstractNumId w:val="7"/>
  </w:num>
  <w:num w:numId="6" w16cid:durableId="1894467179">
    <w:abstractNumId w:val="3"/>
  </w:num>
  <w:num w:numId="7" w16cid:durableId="416026695">
    <w:abstractNumId w:val="2"/>
  </w:num>
  <w:num w:numId="8" w16cid:durableId="178349800">
    <w:abstractNumId w:val="1"/>
  </w:num>
  <w:num w:numId="9" w16cid:durableId="399014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084A"/>
    <w:rsid w:val="0015074B"/>
    <w:rsid w:val="001D5B6B"/>
    <w:rsid w:val="001F525D"/>
    <w:rsid w:val="00205F0D"/>
    <w:rsid w:val="00216C3E"/>
    <w:rsid w:val="0023269A"/>
    <w:rsid w:val="00273C9E"/>
    <w:rsid w:val="0029639D"/>
    <w:rsid w:val="00326F90"/>
    <w:rsid w:val="00384DC3"/>
    <w:rsid w:val="003D2A83"/>
    <w:rsid w:val="004A67EE"/>
    <w:rsid w:val="005566A0"/>
    <w:rsid w:val="0068317C"/>
    <w:rsid w:val="00865F0F"/>
    <w:rsid w:val="008954A1"/>
    <w:rsid w:val="009C53B9"/>
    <w:rsid w:val="00AA1D8D"/>
    <w:rsid w:val="00AA79E8"/>
    <w:rsid w:val="00B20EEE"/>
    <w:rsid w:val="00B25406"/>
    <w:rsid w:val="00B47730"/>
    <w:rsid w:val="00BE5D21"/>
    <w:rsid w:val="00C60F95"/>
    <w:rsid w:val="00CB0664"/>
    <w:rsid w:val="00D56B0D"/>
    <w:rsid w:val="00D8797B"/>
    <w:rsid w:val="00E04922"/>
    <w:rsid w:val="00E51038"/>
    <w:rsid w:val="00F140F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F3130C"/>
  <w14:defaultImageDpi w14:val="300"/>
  <w15:docId w15:val="{00363AC5-A89B-4E23-9DF2-5DA05A838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20" w:line="264" w:lineRule="auto"/>
    </w:pPr>
    <w:rPr>
      <w:rFonts w:ascii="Arial" w:hAnsi="Arial"/>
      <w:color w:val="000000"/>
      <w:sz w:val="20"/>
      <w:lang w:val="pl-PL"/>
    </w:rPr>
  </w:style>
  <w:style w:type="paragraph" w:styleId="Nagwek1">
    <w:name w:val="heading 1"/>
    <w:basedOn w:val="Normalny"/>
    <w:next w:val="Normalny"/>
    <w:link w:val="Nagwek1Znak"/>
    <w:uiPriority w:val="9"/>
    <w:qFormat/>
    <w:rsid w:val="00FC693F"/>
    <w:pPr>
      <w:keepNext/>
      <w:keepLines/>
      <w:spacing w:before="200" w:after="80"/>
      <w:outlineLvl w:val="0"/>
    </w:pPr>
    <w:rPr>
      <w:rFonts w:asciiTheme="majorHAnsi" w:eastAsiaTheme="majorEastAsia" w:hAnsiTheme="majorHAnsi" w:cstheme="majorBidi"/>
      <w:b/>
      <w:bCs/>
      <w:sz w:val="22"/>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keepNext/>
      <w:spacing w:after="160" w:line="240" w:lineRule="auto"/>
      <w:contextualSpacing/>
    </w:pPr>
    <w:rPr>
      <w:rFonts w:asciiTheme="majorHAnsi" w:eastAsiaTheme="majorEastAsia" w:hAnsiTheme="majorHAnsi" w:cstheme="majorBidi"/>
      <w:b/>
      <w:spacing w:val="5"/>
      <w:kern w:val="28"/>
      <w:sz w:val="30"/>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Odwoaniedokomentarza">
    <w:name w:val="annotation reference"/>
    <w:basedOn w:val="Domylnaczcionkaakapitu"/>
    <w:uiPriority w:val="99"/>
    <w:semiHidden/>
    <w:unhideWhenUsed/>
    <w:rsid w:val="0023269A"/>
    <w:rPr>
      <w:sz w:val="16"/>
      <w:szCs w:val="16"/>
    </w:rPr>
  </w:style>
  <w:style w:type="paragraph" w:styleId="Tekstkomentarza">
    <w:name w:val="annotation text"/>
    <w:basedOn w:val="Normalny"/>
    <w:link w:val="TekstkomentarzaZnak"/>
    <w:uiPriority w:val="99"/>
    <w:semiHidden/>
    <w:unhideWhenUsed/>
    <w:rsid w:val="0023269A"/>
    <w:pPr>
      <w:spacing w:line="240" w:lineRule="auto"/>
    </w:pPr>
    <w:rPr>
      <w:szCs w:val="20"/>
    </w:rPr>
  </w:style>
  <w:style w:type="character" w:customStyle="1" w:styleId="TekstkomentarzaZnak">
    <w:name w:val="Tekst komentarza Znak"/>
    <w:basedOn w:val="Domylnaczcionkaakapitu"/>
    <w:link w:val="Tekstkomentarza"/>
    <w:uiPriority w:val="99"/>
    <w:semiHidden/>
    <w:rsid w:val="0023269A"/>
    <w:rPr>
      <w:rFonts w:ascii="Arial" w:hAnsi="Arial"/>
      <w:color w:val="000000"/>
      <w:sz w:val="20"/>
      <w:szCs w:val="20"/>
    </w:rPr>
  </w:style>
  <w:style w:type="paragraph" w:styleId="Tematkomentarza">
    <w:name w:val="annotation subject"/>
    <w:basedOn w:val="Tekstkomentarza"/>
    <w:next w:val="Tekstkomentarza"/>
    <w:link w:val="TematkomentarzaZnak"/>
    <w:uiPriority w:val="99"/>
    <w:semiHidden/>
    <w:unhideWhenUsed/>
    <w:rsid w:val="0023269A"/>
    <w:rPr>
      <w:b/>
      <w:bCs/>
    </w:rPr>
  </w:style>
  <w:style w:type="character" w:customStyle="1" w:styleId="TematkomentarzaZnak">
    <w:name w:val="Temat komentarza Znak"/>
    <w:basedOn w:val="TekstkomentarzaZnak"/>
    <w:link w:val="Tematkomentarza"/>
    <w:uiPriority w:val="99"/>
    <w:semiHidden/>
    <w:rsid w:val="0023269A"/>
    <w:rPr>
      <w:rFonts w:ascii="Arial" w:hAnsi="Arial"/>
      <w:b/>
      <w:bCs/>
      <w:color w:val="000000"/>
      <w:sz w:val="20"/>
      <w:szCs w:val="20"/>
    </w:rPr>
  </w:style>
  <w:style w:type="paragraph" w:styleId="Tekstdymka">
    <w:name w:val="Balloon Text"/>
    <w:basedOn w:val="Normalny"/>
    <w:link w:val="TekstdymkaZnak"/>
    <w:uiPriority w:val="99"/>
    <w:semiHidden/>
    <w:unhideWhenUsed/>
    <w:rsid w:val="0023269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3269A"/>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27130-51A4-4281-B023-C3326348F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290</Words>
  <Characters>1741</Characters>
  <Application>Microsoft Office Word</Application>
  <DocSecurity>0</DocSecurity>
  <Lines>14</Lines>
  <Paragraphs>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Piotr Malczyk</cp:lastModifiedBy>
  <cp:revision>3</cp:revision>
  <dcterms:created xsi:type="dcterms:W3CDTF">2026-10-01T10:16:00Z</dcterms:created>
  <dcterms:modified xsi:type="dcterms:W3CDTF">2026-10-05T05:57:00Z</dcterms:modified>
  <cp:category/>
</cp:coreProperties>
</file>